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1AA2F" w14:textId="77777777" w:rsidR="00FD2E0B" w:rsidRDefault="000976BF">
      <w:pPr>
        <w:pStyle w:val="Cm"/>
        <w:jc w:val="center"/>
      </w:pPr>
      <w:r>
        <w:t>MINI PROJEKT TÉMAKIÍRÓ ADATLAP</w:t>
      </w:r>
    </w:p>
    <w:p w14:paraId="506AC9D4" w14:textId="77777777" w:rsidR="00FD2E0B" w:rsidRDefault="000976BF">
      <w:pPr>
        <w:jc w:val="center"/>
      </w:pPr>
      <w:r>
        <w:rPr>
          <w:b/>
          <w:color w:val="666666"/>
          <w:sz w:val="19"/>
        </w:rPr>
        <w:t>Hallgatói Tudományos Mini Projekt Program 2026</w:t>
      </w:r>
    </w:p>
    <w:p w14:paraId="2BCDB47E" w14:textId="77777777" w:rsidR="00FD2E0B" w:rsidRDefault="000976BF">
      <w:pPr>
        <w:pStyle w:val="FormNote"/>
        <w:jc w:val="center"/>
      </w:pPr>
      <w:r>
        <w:t>Oktatói / kutatói témabejelentés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FD2E0B" w14:paraId="06E313E5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1FD86" w14:textId="77777777" w:rsidR="00FD2E0B" w:rsidRDefault="000976BF">
            <w:pPr>
              <w:spacing w:after="0"/>
            </w:pPr>
            <w:r>
              <w:rPr>
                <w:b/>
                <w:sz w:val="19"/>
              </w:rPr>
              <w:t>Téma címe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7B68D" w14:textId="77777777" w:rsidR="00FD2E0B" w:rsidRDefault="00FD2E0B">
            <w:pPr>
              <w:spacing w:after="0"/>
            </w:pPr>
          </w:p>
        </w:tc>
      </w:tr>
      <w:tr w:rsidR="00FD2E0B" w14:paraId="68CF9AEB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EF568" w14:textId="77777777" w:rsidR="00FD2E0B" w:rsidRDefault="000976BF">
            <w:pPr>
              <w:spacing w:after="0"/>
            </w:pPr>
            <w:r>
              <w:rPr>
                <w:b/>
                <w:sz w:val="19"/>
              </w:rPr>
              <w:t>Témakiíró / leendő konzulens neve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997FFB" w14:textId="77777777" w:rsidR="00FD2E0B" w:rsidRDefault="00FD2E0B">
            <w:pPr>
              <w:spacing w:after="0"/>
            </w:pPr>
          </w:p>
        </w:tc>
      </w:tr>
      <w:tr w:rsidR="00FD2E0B" w14:paraId="7515B039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7284C" w14:textId="77777777" w:rsidR="00FD2E0B" w:rsidRDefault="000976BF">
            <w:pPr>
              <w:spacing w:after="0"/>
            </w:pPr>
            <w:r>
              <w:rPr>
                <w:b/>
                <w:sz w:val="19"/>
              </w:rPr>
              <w:t>Szervezeti egység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1E047" w14:textId="77777777" w:rsidR="00FD2E0B" w:rsidRDefault="00FD2E0B">
            <w:pPr>
              <w:spacing w:after="0"/>
            </w:pPr>
          </w:p>
        </w:tc>
      </w:tr>
      <w:tr w:rsidR="00FD2E0B" w14:paraId="2AA144E4" w14:textId="77777777">
        <w:trPr>
          <w:jc w:val="center"/>
        </w:trPr>
        <w:tc>
          <w:tcPr>
            <w:tcW w:w="311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66FE5" w14:textId="77777777" w:rsidR="00FD2E0B" w:rsidRDefault="000976BF">
            <w:pPr>
              <w:spacing w:after="0"/>
            </w:pPr>
            <w:r>
              <w:rPr>
                <w:b/>
                <w:sz w:val="19"/>
              </w:rPr>
              <w:t>Kapcsolódó tantárgy neve és kódja (ha releváns)</w:t>
            </w:r>
          </w:p>
        </w:tc>
        <w:tc>
          <w:tcPr>
            <w:tcW w:w="652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F8153" w14:textId="77777777" w:rsidR="00FD2E0B" w:rsidRDefault="00FD2E0B">
            <w:pPr>
              <w:spacing w:after="0"/>
            </w:pPr>
          </w:p>
        </w:tc>
      </w:tr>
    </w:tbl>
    <w:p w14:paraId="07DC9C59" w14:textId="77777777" w:rsidR="00FD2E0B" w:rsidRDefault="000976BF" w:rsidP="0055737E">
      <w:pPr>
        <w:pStyle w:val="Cmsor1"/>
        <w:ind w:firstLine="426"/>
      </w:pPr>
      <w:r>
        <w:t xml:space="preserve">1. A </w:t>
      </w:r>
      <w:proofErr w:type="spellStart"/>
      <w:r>
        <w:t>téma</w:t>
      </w:r>
      <w:proofErr w:type="spellEnd"/>
      <w:r>
        <w:t xml:space="preserve"> </w:t>
      </w:r>
      <w:proofErr w:type="spellStart"/>
      <w:r>
        <w:t>típusa</w:t>
      </w:r>
      <w:proofErr w:type="spellEnd"/>
    </w:p>
    <w:p w14:paraId="3566BAAE" w14:textId="77777777" w:rsidR="00FD2E0B" w:rsidRDefault="000976BF" w:rsidP="0055737E">
      <w:pPr>
        <w:spacing w:after="40"/>
        <w:ind w:left="283" w:firstLine="426"/>
      </w:pPr>
      <w:r>
        <w:rPr>
          <w:rFonts w:ascii="DejaVu Sans" w:hAnsi="DejaVu Sans"/>
          <w:sz w:val="19"/>
        </w:rPr>
        <w:t>☐</w:t>
      </w:r>
      <w:r>
        <w:rPr>
          <w:rFonts w:ascii="DejaVu Sans" w:hAnsi="DejaVu Sans"/>
          <w:sz w:val="19"/>
        </w:rPr>
        <w:t xml:space="preserve">  Önálló, előre konkretizált Mini Projekt téma</w:t>
      </w:r>
    </w:p>
    <w:p w14:paraId="41146F77" w14:textId="77777777" w:rsidR="00FD2E0B" w:rsidRDefault="000976BF" w:rsidP="0055737E">
      <w:pPr>
        <w:spacing w:after="40"/>
        <w:ind w:left="283" w:firstLine="426"/>
      </w:pPr>
      <w:r>
        <w:rPr>
          <w:rFonts w:ascii="DejaVu Sans" w:hAnsi="DejaVu Sans"/>
          <w:sz w:val="19"/>
        </w:rPr>
        <w:t>☐</w:t>
      </w:r>
      <w:r>
        <w:rPr>
          <w:rFonts w:ascii="DejaVu Sans" w:hAnsi="DejaVu Sans"/>
          <w:sz w:val="19"/>
        </w:rPr>
        <w:t xml:space="preserve">  Tantárgyi féléves feladathoz kapcsolódó Mini Projekt lehetőség</w:t>
      </w:r>
    </w:p>
    <w:p w14:paraId="4805024B" w14:textId="77777777" w:rsidR="00FD2E0B" w:rsidRDefault="000976BF" w:rsidP="0055737E">
      <w:pPr>
        <w:pStyle w:val="Cmsor1"/>
        <w:ind w:firstLine="426"/>
      </w:pPr>
      <w:r>
        <w:t>2. Javasolt meghirdetési félév</w:t>
      </w:r>
    </w:p>
    <w:p w14:paraId="0335DDD4" w14:textId="77777777" w:rsidR="00FD2E0B" w:rsidRDefault="000976BF" w:rsidP="0055737E">
      <w:pPr>
        <w:spacing w:after="40"/>
        <w:ind w:left="283" w:firstLine="426"/>
      </w:pPr>
      <w:r>
        <w:rPr>
          <w:rFonts w:ascii="DejaVu Sans" w:hAnsi="DejaVu Sans"/>
          <w:sz w:val="19"/>
        </w:rPr>
        <w:t>☐</w:t>
      </w:r>
      <w:r>
        <w:rPr>
          <w:rFonts w:ascii="DejaVu Sans" w:hAnsi="DejaVu Sans"/>
          <w:sz w:val="19"/>
        </w:rPr>
        <w:t xml:space="preserve">  Őszi félév</w:t>
      </w:r>
    </w:p>
    <w:p w14:paraId="448BB4AE" w14:textId="77777777" w:rsidR="00FD2E0B" w:rsidRDefault="000976BF" w:rsidP="0055737E">
      <w:pPr>
        <w:spacing w:after="40"/>
        <w:ind w:left="283" w:firstLine="426"/>
      </w:pPr>
      <w:r>
        <w:rPr>
          <w:rFonts w:ascii="DejaVu Sans" w:hAnsi="DejaVu Sans"/>
          <w:sz w:val="19"/>
        </w:rPr>
        <w:t>☐</w:t>
      </w:r>
      <w:r>
        <w:rPr>
          <w:rFonts w:ascii="DejaVu Sans" w:hAnsi="DejaVu Sans"/>
          <w:sz w:val="19"/>
        </w:rPr>
        <w:t xml:space="preserve">  Tavaszi félév</w:t>
      </w:r>
    </w:p>
    <w:p w14:paraId="3E9F4690" w14:textId="77777777" w:rsidR="00FD2E0B" w:rsidRDefault="000976BF" w:rsidP="0055737E">
      <w:pPr>
        <w:spacing w:after="40"/>
        <w:ind w:left="283" w:firstLine="426"/>
      </w:pPr>
      <w:r>
        <w:rPr>
          <w:rFonts w:ascii="DejaVu Sans" w:hAnsi="DejaVu Sans"/>
          <w:sz w:val="19"/>
        </w:rPr>
        <w:t>☐</w:t>
      </w:r>
      <w:r>
        <w:rPr>
          <w:rFonts w:ascii="DejaVu Sans" w:hAnsi="DejaVu Sans"/>
          <w:sz w:val="19"/>
        </w:rPr>
        <w:t xml:space="preserve">  Mindkét félévben meghirdethető</w:t>
      </w:r>
    </w:p>
    <w:p w14:paraId="7F62DA80" w14:textId="77777777" w:rsidR="00FD2E0B" w:rsidRDefault="000976BF" w:rsidP="0055737E">
      <w:pPr>
        <w:pStyle w:val="Cmsor1"/>
        <w:ind w:firstLine="426"/>
      </w:pPr>
      <w:r>
        <w:t>3. A téma rövid ismertetése</w:t>
      </w:r>
    </w:p>
    <w:p w14:paraId="0E6558B0" w14:textId="77777777" w:rsidR="00FD2E0B" w:rsidRDefault="000976BF" w:rsidP="0055737E">
      <w:pPr>
        <w:pStyle w:val="FormNote"/>
        <w:ind w:firstLine="426"/>
      </w:pPr>
      <w:r>
        <w:t>Röviden mutassa be a vizsgálandó problémát és a Mini Projekt szakmai tartalmát.</w:t>
      </w:r>
    </w:p>
    <w:p w14:paraId="610818E6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EB01BE8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52B396C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646A92B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4FD4B4A8" w14:textId="77777777" w:rsidR="00FD2E0B" w:rsidRDefault="000976BF" w:rsidP="0055737E">
      <w:pPr>
        <w:pStyle w:val="Cmsor1"/>
        <w:ind w:firstLine="426"/>
      </w:pPr>
      <w:r>
        <w:t>4. Célkitűzés</w:t>
      </w:r>
    </w:p>
    <w:p w14:paraId="2E23694C" w14:textId="77777777" w:rsidR="00FD2E0B" w:rsidRDefault="000976BF" w:rsidP="0055737E">
      <w:pPr>
        <w:pStyle w:val="FormNote"/>
        <w:ind w:firstLine="426"/>
      </w:pPr>
      <w:r>
        <w:t>Milyen eredményt, fejlesztést vagy szakmai kérdés megválaszolását várja a projekttől?</w:t>
      </w:r>
    </w:p>
    <w:p w14:paraId="1F8B6167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41246943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CE6F5B3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36C9D02" w14:textId="77777777" w:rsidR="00FD2E0B" w:rsidRDefault="000976BF" w:rsidP="0055737E">
      <w:pPr>
        <w:pStyle w:val="Cmsor1"/>
        <w:ind w:firstLine="426"/>
      </w:pPr>
      <w:r>
        <w:t>5. Tervezett vizsgálatok / módszerek</w:t>
      </w:r>
    </w:p>
    <w:p w14:paraId="68D02C6B" w14:textId="77777777" w:rsidR="00FD2E0B" w:rsidRDefault="000976BF" w:rsidP="0055737E">
      <w:pPr>
        <w:pStyle w:val="FormNote"/>
        <w:ind w:firstLine="426"/>
      </w:pPr>
      <w:r>
        <w:t>Adja meg a várható laboratóriumi, számítási vagy egyéb módszereket és a szükséges infrastruktúrát.</w:t>
      </w:r>
    </w:p>
    <w:p w14:paraId="1544E4C8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F099351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7D6548EA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1AB2595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0DCD8040" w14:textId="77777777" w:rsidR="00FD2E0B" w:rsidRDefault="000976BF" w:rsidP="0055737E">
      <w:pPr>
        <w:pStyle w:val="Cmsor1"/>
        <w:ind w:firstLine="426"/>
      </w:pPr>
      <w:r>
        <w:t>6. Várható eredmények és hasznosíthatóság</w:t>
      </w:r>
    </w:p>
    <w:p w14:paraId="1FBDD6CB" w14:textId="77777777" w:rsidR="00FD2E0B" w:rsidRDefault="000976BF" w:rsidP="0055737E">
      <w:pPr>
        <w:pStyle w:val="FormNote"/>
        <w:ind w:firstLine="426"/>
      </w:pPr>
      <w:r>
        <w:t>Röviden ismertesse a várható eredményeket, fenntarthatósági jelentőséget és a továbbfejlesztés lehetőségét.</w:t>
      </w:r>
    </w:p>
    <w:p w14:paraId="50E5DE6C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D92A350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1D8FF1E1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363F18F5" w14:textId="77777777" w:rsidR="00FD2E0B" w:rsidRDefault="000976BF" w:rsidP="0055737E">
      <w:pPr>
        <w:pStyle w:val="Cmsor1"/>
        <w:ind w:firstLine="426"/>
      </w:pPr>
      <w:r>
        <w:t>7. TDK-továbbvitel lehetősége</w:t>
      </w:r>
    </w:p>
    <w:p w14:paraId="2DAD4F23" w14:textId="77777777" w:rsidR="00FD2E0B" w:rsidRDefault="000976BF" w:rsidP="0055737E">
      <w:pPr>
        <w:pStyle w:val="FormNote"/>
        <w:ind w:firstLine="426"/>
      </w:pPr>
      <w:r>
        <w:t>Jelezze, hogy a téma alkalmas-e későbbi TDK-munka, szakdolgozat vagy további kutatás alapjának.</w:t>
      </w:r>
    </w:p>
    <w:p w14:paraId="6CC1CD46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61ECF548" w14:textId="77777777" w:rsidR="00FD2E0B" w:rsidRDefault="000976BF" w:rsidP="0055737E">
      <w:pPr>
        <w:spacing w:after="20"/>
        <w:ind w:firstLine="426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sectPr w:rsidR="00FD2E0B" w:rsidSect="00034616">
      <w:headerReference w:type="default" r:id="rId8"/>
      <w:footerReference w:type="default" r:id="rId9"/>
      <w:pgSz w:w="12240" w:h="15840"/>
      <w:pgMar w:top="850" w:right="935" w:bottom="794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720ED" w14:textId="77777777" w:rsidR="000976BF" w:rsidRDefault="000976BF">
      <w:pPr>
        <w:spacing w:after="0" w:line="240" w:lineRule="auto"/>
      </w:pPr>
      <w:r>
        <w:separator/>
      </w:r>
    </w:p>
  </w:endnote>
  <w:endnote w:type="continuationSeparator" w:id="0">
    <w:p w14:paraId="12D260F0" w14:textId="77777777" w:rsidR="000976BF" w:rsidRDefault="0009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4B36" w14:textId="77777777" w:rsidR="00FD2E0B" w:rsidRDefault="000976BF">
    <w:pPr>
      <w:pStyle w:val="llb"/>
      <w:jc w:val="center"/>
    </w:pPr>
    <w:r>
      <w:rPr>
        <w:color w:val="888888"/>
        <w:sz w:val="15"/>
      </w:rPr>
      <w:t xml:space="preserve">Hallgatói </w:t>
    </w:r>
    <w:proofErr w:type="spellStart"/>
    <w:r>
      <w:rPr>
        <w:color w:val="888888"/>
        <w:sz w:val="15"/>
      </w:rPr>
      <w:t>Tudományos</w:t>
    </w:r>
    <w:proofErr w:type="spellEnd"/>
    <w:r>
      <w:rPr>
        <w:color w:val="888888"/>
        <w:sz w:val="15"/>
      </w:rPr>
      <w:t xml:space="preserve"> Mini Projekt Program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EE37" w14:textId="77777777" w:rsidR="000976BF" w:rsidRDefault="000976BF">
      <w:pPr>
        <w:spacing w:after="0" w:line="240" w:lineRule="auto"/>
      </w:pPr>
      <w:r>
        <w:separator/>
      </w:r>
    </w:p>
  </w:footnote>
  <w:footnote w:type="continuationSeparator" w:id="0">
    <w:p w14:paraId="288F789E" w14:textId="77777777" w:rsidR="000976BF" w:rsidRDefault="0009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4989" w14:textId="764B2C73" w:rsidR="00FD2E0B" w:rsidRDefault="00991C37" w:rsidP="00991C37">
    <w:pPr>
      <w:pStyle w:val="lfej"/>
    </w:pPr>
    <w:r>
      <w:rPr>
        <w:b/>
        <w:color w:val="1F5A6B"/>
        <w:sz w:val="15"/>
      </w:rPr>
      <w:t xml:space="preserve">                                    </w:t>
    </w:r>
    <w:r w:rsidR="000976BF">
      <w:rPr>
        <w:noProof/>
      </w:rPr>
      <w:drawing>
        <wp:inline distT="0" distB="0" distL="0" distR="0" wp14:anchorId="242FAD10" wp14:editId="540F0F49">
          <wp:extent cx="450000" cy="2138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21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76BF">
      <w:rPr>
        <w:b/>
        <w:color w:val="1F5A6B"/>
        <w:sz w:val="15"/>
      </w:rPr>
      <w:t xml:space="preserve">   MÉRNÖKÖK A KÖRNYEZETBARÁT ENERGIAFELHASZNÁLÁSÉRT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8743947">
    <w:abstractNumId w:val="8"/>
  </w:num>
  <w:num w:numId="2" w16cid:durableId="529420708">
    <w:abstractNumId w:val="6"/>
  </w:num>
  <w:num w:numId="3" w16cid:durableId="934746647">
    <w:abstractNumId w:val="5"/>
  </w:num>
  <w:num w:numId="4" w16cid:durableId="59835503">
    <w:abstractNumId w:val="4"/>
  </w:num>
  <w:num w:numId="5" w16cid:durableId="2038114825">
    <w:abstractNumId w:val="7"/>
  </w:num>
  <w:num w:numId="6" w16cid:durableId="455804513">
    <w:abstractNumId w:val="3"/>
  </w:num>
  <w:num w:numId="7" w16cid:durableId="1014843720">
    <w:abstractNumId w:val="2"/>
  </w:num>
  <w:num w:numId="8" w16cid:durableId="832841543">
    <w:abstractNumId w:val="1"/>
  </w:num>
  <w:num w:numId="9" w16cid:durableId="110546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6BF"/>
    <w:rsid w:val="0015074B"/>
    <w:rsid w:val="0029639D"/>
    <w:rsid w:val="00326F90"/>
    <w:rsid w:val="003C7E28"/>
    <w:rsid w:val="0055737E"/>
    <w:rsid w:val="00565A2E"/>
    <w:rsid w:val="005D17F7"/>
    <w:rsid w:val="00991C37"/>
    <w:rsid w:val="00AA1D8D"/>
    <w:rsid w:val="00B47730"/>
    <w:rsid w:val="00CB0664"/>
    <w:rsid w:val="00E16E41"/>
    <w:rsid w:val="00FC693F"/>
    <w:rsid w:val="00F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976EA"/>
  <w14:defaultImageDpi w14:val="300"/>
  <w15:docId w15:val="{1F06D17A-8187-4510-A981-8ECED8D1C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5A6B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F5A6B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5A6B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60"/>
    </w:pPr>
    <w:rPr>
      <w:rFonts w:ascii="Times New Roman" w:hAnsi="Times New Roman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robert.horvath1@student.uni-miskolc.hu</dc:creator>
  <cp:keywords/>
  <dc:description>generated by python-docx</dc:description>
  <cp:lastModifiedBy>Stumpf Éva</cp:lastModifiedBy>
  <cp:revision>3</cp:revision>
  <dcterms:created xsi:type="dcterms:W3CDTF">2026-09-15T12:36:00Z</dcterms:created>
  <dcterms:modified xsi:type="dcterms:W3CDTF">2026-09-15T12:36:00Z</dcterms:modified>
  <cp:category/>
</cp:coreProperties>
</file>