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E97F7" w14:textId="77777777" w:rsidR="00F909B1" w:rsidRDefault="009D0E6D">
      <w:pPr>
        <w:pStyle w:val="Cm"/>
        <w:jc w:val="center"/>
      </w:pPr>
      <w:r>
        <w:t>PÁLYÁZATI ADATLAP</w:t>
      </w:r>
    </w:p>
    <w:p w14:paraId="1938994A" w14:textId="77777777" w:rsidR="00F909B1" w:rsidRDefault="009D0E6D">
      <w:pPr>
        <w:jc w:val="center"/>
      </w:pPr>
      <w:r>
        <w:rPr>
          <w:b/>
          <w:color w:val="666666"/>
          <w:sz w:val="19"/>
        </w:rPr>
        <w:t>Hallgatói Tudományos Mini Projekt Program 2026</w:t>
      </w:r>
    </w:p>
    <w:p w14:paraId="2B5D70B5" w14:textId="77777777" w:rsidR="00F909B1" w:rsidRDefault="009D0E6D">
      <w:pPr>
        <w:pStyle w:val="Cmsor1"/>
      </w:pPr>
      <w:r>
        <w:t>1. Pályázó adatai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F909B1" w14:paraId="04477BBD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9A729" w14:textId="77777777" w:rsidR="00F909B1" w:rsidRDefault="009D0E6D">
            <w:pPr>
              <w:spacing w:after="0"/>
            </w:pPr>
            <w:r>
              <w:rPr>
                <w:b/>
                <w:sz w:val="19"/>
              </w:rPr>
              <w:t>Hallgató neve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E9217" w14:textId="77777777" w:rsidR="00F909B1" w:rsidRDefault="00F909B1">
            <w:pPr>
              <w:spacing w:after="0"/>
            </w:pPr>
          </w:p>
        </w:tc>
      </w:tr>
      <w:tr w:rsidR="00F909B1" w14:paraId="7E77F029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2AD0B" w14:textId="77777777" w:rsidR="00F909B1" w:rsidRDefault="009D0E6D">
            <w:pPr>
              <w:spacing w:after="0"/>
            </w:pPr>
            <w:r>
              <w:rPr>
                <w:b/>
                <w:sz w:val="19"/>
              </w:rPr>
              <w:t>Neptun-kód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55F5A" w14:textId="77777777" w:rsidR="00F909B1" w:rsidRDefault="00F909B1">
            <w:pPr>
              <w:spacing w:after="0"/>
            </w:pPr>
          </w:p>
        </w:tc>
      </w:tr>
      <w:tr w:rsidR="00F909B1" w14:paraId="7AB26A45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54775" w14:textId="77777777" w:rsidR="00F909B1" w:rsidRDefault="009D0E6D">
            <w:pPr>
              <w:spacing w:after="0"/>
            </w:pPr>
            <w:r>
              <w:rPr>
                <w:b/>
                <w:sz w:val="19"/>
              </w:rPr>
              <w:t>Szak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3495E" w14:textId="77777777" w:rsidR="00F909B1" w:rsidRDefault="00F909B1">
            <w:pPr>
              <w:spacing w:after="0"/>
            </w:pPr>
          </w:p>
        </w:tc>
      </w:tr>
      <w:tr w:rsidR="00F909B1" w14:paraId="17F83F6B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3D214" w14:textId="77777777" w:rsidR="00F909B1" w:rsidRDefault="009D0E6D">
            <w:pPr>
              <w:spacing w:after="0"/>
            </w:pPr>
            <w:r>
              <w:rPr>
                <w:b/>
                <w:sz w:val="19"/>
              </w:rPr>
              <w:t>Évfolyam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F0A3B" w14:textId="77777777" w:rsidR="00F909B1" w:rsidRDefault="00F909B1">
            <w:pPr>
              <w:spacing w:after="0"/>
            </w:pPr>
          </w:p>
        </w:tc>
      </w:tr>
      <w:tr w:rsidR="00F909B1" w14:paraId="4FC8863C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5B860" w14:textId="77777777" w:rsidR="00F909B1" w:rsidRDefault="009D0E6D">
            <w:pPr>
              <w:spacing w:after="0"/>
            </w:pPr>
            <w:r>
              <w:rPr>
                <w:b/>
                <w:sz w:val="19"/>
              </w:rPr>
              <w:t>Képzési forma (nappali / levelező)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EFFCF" w14:textId="77777777" w:rsidR="00F909B1" w:rsidRDefault="00F909B1">
            <w:pPr>
              <w:spacing w:after="0"/>
            </w:pPr>
          </w:p>
        </w:tc>
      </w:tr>
      <w:tr w:rsidR="00F909B1" w14:paraId="699F2126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28410" w14:textId="77777777" w:rsidR="00F909B1" w:rsidRDefault="009D0E6D">
            <w:pPr>
              <w:spacing w:after="0"/>
            </w:pPr>
            <w:r>
              <w:rPr>
                <w:b/>
                <w:sz w:val="19"/>
              </w:rPr>
              <w:t>E-mail cím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1329A" w14:textId="77777777" w:rsidR="00F909B1" w:rsidRDefault="00F909B1">
            <w:pPr>
              <w:spacing w:after="0"/>
            </w:pPr>
          </w:p>
        </w:tc>
      </w:tr>
      <w:tr w:rsidR="00F909B1" w14:paraId="53CBE3DF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79B87" w14:textId="77777777" w:rsidR="00F909B1" w:rsidRDefault="009D0E6D">
            <w:pPr>
              <w:spacing w:after="0"/>
            </w:pPr>
            <w:r>
              <w:rPr>
                <w:b/>
                <w:sz w:val="19"/>
              </w:rPr>
              <w:t>Telefonszám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65306" w14:textId="77777777" w:rsidR="00F909B1" w:rsidRDefault="00F909B1">
            <w:pPr>
              <w:spacing w:after="0"/>
            </w:pPr>
          </w:p>
        </w:tc>
      </w:tr>
    </w:tbl>
    <w:p w14:paraId="4FF1C1EB" w14:textId="77777777" w:rsidR="00F909B1" w:rsidRDefault="009D0E6D">
      <w:pPr>
        <w:pStyle w:val="Cmsor1"/>
      </w:pPr>
      <w:r>
        <w:t>2. Projekt adatai</w:t>
      </w:r>
    </w:p>
    <w:p w14:paraId="08A94165" w14:textId="77777777" w:rsidR="00F909B1" w:rsidRDefault="009D0E6D">
      <w:r>
        <w:rPr>
          <w:b/>
        </w:rPr>
        <w:t xml:space="preserve">Projekt címe: </w:t>
      </w:r>
      <w:r>
        <w:t>_______________________________________________________________</w:t>
      </w:r>
    </w:p>
    <w:p w14:paraId="603E7E2E" w14:textId="77777777" w:rsidR="00F909B1" w:rsidRDefault="009D0E6D">
      <w:r>
        <w:rPr>
          <w:b/>
        </w:rPr>
        <w:t>A projekt kiválasztásának módja:</w:t>
      </w:r>
    </w:p>
    <w:p w14:paraId="587B9748" w14:textId="77777777" w:rsidR="00F909B1" w:rsidRDefault="009D0E6D">
      <w:pPr>
        <w:spacing w:after="40"/>
        <w:ind w:left="283"/>
      </w:pPr>
      <w:r>
        <w:rPr>
          <w:rFonts w:ascii="DejaVu Sans" w:hAnsi="DejaVu Sans"/>
          <w:sz w:val="19"/>
        </w:rPr>
        <w:t>☐  Előre meghirdetett, konkretizált Mini Projekt téma</w:t>
      </w:r>
    </w:p>
    <w:p w14:paraId="18678691" w14:textId="77777777" w:rsidR="00F909B1" w:rsidRDefault="009D0E6D">
      <w:pPr>
        <w:spacing w:after="40"/>
        <w:ind w:left="283"/>
      </w:pPr>
      <w:r>
        <w:rPr>
          <w:rFonts w:ascii="DejaVu Sans" w:hAnsi="DejaVu Sans"/>
          <w:sz w:val="19"/>
        </w:rPr>
        <w:t>☐  Tantárgyi féléves feladat Mini Projektté történő továbbfejlesztése</w:t>
      </w:r>
    </w:p>
    <w:p w14:paraId="56A2213F" w14:textId="77777777" w:rsidR="00F909B1" w:rsidRDefault="009D0E6D">
      <w:r>
        <w:rPr>
          <w:b/>
        </w:rPr>
        <w:t xml:space="preserve">Meghirdetett téma / témakód (ha releváns): </w:t>
      </w:r>
      <w:r>
        <w:t>________________________________________</w:t>
      </w:r>
    </w:p>
    <w:p w14:paraId="24E24D0C" w14:textId="77777777" w:rsidR="00F909B1" w:rsidRDefault="009D0E6D">
      <w:r>
        <w:rPr>
          <w:b/>
        </w:rPr>
        <w:t xml:space="preserve">Kapcsolódó tantárgy neve és kódja (ha releváns): </w:t>
      </w:r>
      <w:r>
        <w:t>__________________________________</w:t>
      </w:r>
    </w:p>
    <w:p w14:paraId="18B29310" w14:textId="77777777" w:rsidR="00F909B1" w:rsidRDefault="009D0E6D">
      <w:r>
        <w:rPr>
          <w:b/>
        </w:rPr>
        <w:t xml:space="preserve">Szakmai konzulens neve, beosztása: </w:t>
      </w:r>
      <w:r>
        <w:t>_______________________________________________</w:t>
      </w:r>
    </w:p>
    <w:p w14:paraId="15C08E27" w14:textId="77777777" w:rsidR="00F909B1" w:rsidRDefault="009D0E6D">
      <w:pPr>
        <w:pStyle w:val="Cmsor1"/>
      </w:pPr>
      <w:r>
        <w:t>3. Támogatás</w:t>
      </w:r>
    </w:p>
    <w:p w14:paraId="171A30A2" w14:textId="77777777" w:rsidR="00F909B1" w:rsidRDefault="009D0E6D">
      <w:r>
        <w:rPr>
          <w:b/>
        </w:rPr>
        <w:t xml:space="preserve">A projekt támogatási összege: </w:t>
      </w:r>
      <w:r>
        <w:t>50 000 Ft</w:t>
      </w:r>
    </w:p>
    <w:p w14:paraId="62C86EBF" w14:textId="77777777" w:rsidR="00F909B1" w:rsidRDefault="009D0E6D">
      <w:pPr>
        <w:pStyle w:val="FormNote"/>
      </w:pPr>
      <w:r>
        <w:t>A támogatás a projekt megvalósításához kapcsolódó, szakmailag indokolt költségekre használható fel. A részletes tervezett felhasználást a Költségterv tartalmazza.</w:t>
      </w:r>
    </w:p>
    <w:p w14:paraId="3E4D828F" w14:textId="77777777" w:rsidR="00F909B1" w:rsidRDefault="009D0E6D">
      <w:pPr>
        <w:pStyle w:val="Cmsor1"/>
      </w:pPr>
      <w:r>
        <w:t>4. Pályázói nyilatkozat</w:t>
      </w:r>
    </w:p>
    <w:p w14:paraId="3E967460" w14:textId="77777777" w:rsidR="00F909B1" w:rsidRDefault="009D0E6D">
      <w:pPr>
        <w:jc w:val="both"/>
      </w:pPr>
      <w:r>
        <w:t>Alulírott pályázó kijelentem, hogy a pályázatban közölt adatok a valóságnak megfelelnek, a projektet a pályázati felhívás és a program szabályai szerint valósítom meg. Tudomásul veszem, hogy a támogatás feltétele a projekt lezárásakor az előírt írásos szakmai beszámoló benyújtása, valamint a projekt eredményeinek poszterrel történő szakmai bemutatása. Amennyiben e kötelezettségek nem teljesülnek, a megítélt támogatás visszafizetendő.</w:t>
      </w:r>
    </w:p>
    <w:p w14:paraId="2CFB6B35" w14:textId="77777777" w:rsidR="00F909B1" w:rsidRDefault="009D0E6D">
      <w:r>
        <w:rPr>
          <w:b/>
        </w:rPr>
        <w:t xml:space="preserve">Kelt: </w:t>
      </w:r>
      <w:r>
        <w:t>______________________________</w:t>
      </w:r>
    </w:p>
    <w:p w14:paraId="444C8C0C" w14:textId="77777777" w:rsidR="00F909B1" w:rsidRDefault="009D0E6D">
      <w:pPr>
        <w:spacing w:before="200"/>
        <w:jc w:val="center"/>
      </w:pPr>
      <w:r>
        <w:rPr>
          <w:sz w:val="19"/>
        </w:rPr>
        <w:t>______________________________</w:t>
      </w:r>
      <w:r>
        <w:rPr>
          <w:sz w:val="19"/>
        </w:rPr>
        <w:br/>
        <w:t>Pályázó aláírása</w:t>
      </w:r>
    </w:p>
    <w:sectPr w:rsidR="00F909B1" w:rsidSect="00034616">
      <w:headerReference w:type="default" r:id="rId8"/>
      <w:footerReference w:type="default" r:id="rId9"/>
      <w:pgSz w:w="12240" w:h="15840"/>
      <w:pgMar w:top="850" w:right="935" w:bottom="794" w:left="93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CD736" w14:textId="77777777" w:rsidR="000A4178" w:rsidRDefault="000A4178">
      <w:pPr>
        <w:spacing w:after="0" w:line="240" w:lineRule="auto"/>
      </w:pPr>
      <w:r>
        <w:separator/>
      </w:r>
    </w:p>
  </w:endnote>
  <w:endnote w:type="continuationSeparator" w:id="0">
    <w:p w14:paraId="670590DF" w14:textId="77777777" w:rsidR="000A4178" w:rsidRDefault="000A4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C2078" w14:textId="77777777" w:rsidR="00F909B1" w:rsidRDefault="009D0E6D">
    <w:pPr>
      <w:pStyle w:val="llb"/>
      <w:jc w:val="center"/>
    </w:pPr>
    <w:r>
      <w:rPr>
        <w:color w:val="888888"/>
        <w:sz w:val="15"/>
      </w:rPr>
      <w:t xml:space="preserve">Hallgatói </w:t>
    </w:r>
    <w:proofErr w:type="spellStart"/>
    <w:r>
      <w:rPr>
        <w:color w:val="888888"/>
        <w:sz w:val="15"/>
      </w:rPr>
      <w:t>Tudományos</w:t>
    </w:r>
    <w:proofErr w:type="spellEnd"/>
    <w:r>
      <w:rPr>
        <w:color w:val="888888"/>
        <w:sz w:val="15"/>
      </w:rPr>
      <w:t xml:space="preserve"> Mini Projekt Program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F0AE9" w14:textId="77777777" w:rsidR="000A4178" w:rsidRDefault="000A4178">
      <w:pPr>
        <w:spacing w:after="0" w:line="240" w:lineRule="auto"/>
      </w:pPr>
      <w:r>
        <w:separator/>
      </w:r>
    </w:p>
  </w:footnote>
  <w:footnote w:type="continuationSeparator" w:id="0">
    <w:p w14:paraId="3356B92C" w14:textId="77777777" w:rsidR="000A4178" w:rsidRDefault="000A4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C3E1" w14:textId="77777777" w:rsidR="00F909B1" w:rsidRDefault="009D0E6D">
    <w:pPr>
      <w:pStyle w:val="lfej"/>
      <w:jc w:val="center"/>
    </w:pPr>
    <w:r>
      <w:rPr>
        <w:noProof/>
      </w:rPr>
      <w:drawing>
        <wp:inline distT="0" distB="0" distL="0" distR="0" wp14:anchorId="14921C11" wp14:editId="444B7DC9">
          <wp:extent cx="450000" cy="2138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0000" cy="213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1F5A6B"/>
        <w:sz w:val="15"/>
      </w:rPr>
      <w:t xml:space="preserve">   MÉRNÖKÖK A KÖRNYEZETBARÁT ENERGIAFELHASZNÁLÁSÉRT ALAPÍTVÁNY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2538125">
    <w:abstractNumId w:val="8"/>
  </w:num>
  <w:num w:numId="2" w16cid:durableId="780341743">
    <w:abstractNumId w:val="6"/>
  </w:num>
  <w:num w:numId="3" w16cid:durableId="702679172">
    <w:abstractNumId w:val="5"/>
  </w:num>
  <w:num w:numId="4" w16cid:durableId="456070902">
    <w:abstractNumId w:val="4"/>
  </w:num>
  <w:num w:numId="5" w16cid:durableId="1292246115">
    <w:abstractNumId w:val="7"/>
  </w:num>
  <w:num w:numId="6" w16cid:durableId="217980426">
    <w:abstractNumId w:val="3"/>
  </w:num>
  <w:num w:numId="7" w16cid:durableId="1943298734">
    <w:abstractNumId w:val="2"/>
  </w:num>
  <w:num w:numId="8" w16cid:durableId="721712338">
    <w:abstractNumId w:val="1"/>
  </w:num>
  <w:num w:numId="9" w16cid:durableId="173777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361"/>
    <w:rsid w:val="000A4178"/>
    <w:rsid w:val="0015074B"/>
    <w:rsid w:val="0029639D"/>
    <w:rsid w:val="00326F90"/>
    <w:rsid w:val="003C7E28"/>
    <w:rsid w:val="006556C7"/>
    <w:rsid w:val="009D0E6D"/>
    <w:rsid w:val="00AA1D8D"/>
    <w:rsid w:val="00B47730"/>
    <w:rsid w:val="00CB0664"/>
    <w:rsid w:val="00F909B1"/>
    <w:rsid w:val="00FA7D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8C327C9-3CD0-49A3-A028-B6FB0429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80" w:line="259" w:lineRule="auto"/>
    </w:pPr>
    <w:rPr>
      <w:rFonts w:ascii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F5A6B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F5A6B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F5A6B"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60"/>
    </w:pPr>
    <w:rPr>
      <w:rFonts w:ascii="Times New Roman" w:hAnsi="Times New Roman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1277</Characters>
  <Application>Microsoft Office Word</Application>
  <DocSecurity>4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horvath.robert@student.uni-miskolc.hu</dc:creator>
  <cp:keywords/>
  <dc:description>generated by python-docx</dc:description>
  <cp:lastModifiedBy>Stumpf Éva</cp:lastModifiedBy>
  <cp:revision>2</cp:revision>
  <dcterms:created xsi:type="dcterms:W3CDTF">2026-09-15T12:31:00Z</dcterms:created>
  <dcterms:modified xsi:type="dcterms:W3CDTF">2026-09-15T12:31:00Z</dcterms:modified>
  <cp:category/>
</cp:coreProperties>
</file>