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30FDE" w14:textId="77777777" w:rsidR="00551058" w:rsidRDefault="00682330">
      <w:pPr>
        <w:pStyle w:val="Cm"/>
        <w:jc w:val="center"/>
      </w:pPr>
      <w:r>
        <w:t>KÖLTSÉGTERV SABLON</w:t>
      </w:r>
    </w:p>
    <w:p w14:paraId="0354BB4D" w14:textId="77777777" w:rsidR="00551058" w:rsidRDefault="00682330">
      <w:pPr>
        <w:jc w:val="center"/>
      </w:pPr>
      <w:r>
        <w:rPr>
          <w:b/>
          <w:color w:val="666666"/>
          <w:sz w:val="19"/>
        </w:rPr>
        <w:t>Hallgatói Tudományos Mini Projekt Program 2026</w:t>
      </w:r>
    </w:p>
    <w:p w14:paraId="64A231FE" w14:textId="77777777" w:rsidR="00551058" w:rsidRDefault="00682330">
      <w:r>
        <w:rPr>
          <w:b/>
        </w:rPr>
        <w:t xml:space="preserve">Projekt címe: </w:t>
      </w:r>
      <w:r>
        <w:t>_______________________________________________________________</w:t>
      </w:r>
    </w:p>
    <w:p w14:paraId="3D64BFE2" w14:textId="77777777" w:rsidR="00551058" w:rsidRDefault="00682330">
      <w:r>
        <w:rPr>
          <w:b/>
        </w:rPr>
        <w:t xml:space="preserve">Pályázó neve: </w:t>
      </w:r>
      <w:r>
        <w:t>________________________________________________________________</w:t>
      </w:r>
    </w:p>
    <w:p w14:paraId="5D220D14" w14:textId="77777777" w:rsidR="00551058" w:rsidRDefault="00682330">
      <w:r>
        <w:rPr>
          <w:b/>
        </w:rPr>
        <w:t xml:space="preserve">Támogatási keret: </w:t>
      </w:r>
      <w:r>
        <w:t>50 000 Ft</w:t>
      </w:r>
    </w:p>
    <w:p w14:paraId="7E5C9925" w14:textId="77777777" w:rsidR="00551058" w:rsidRDefault="00682330">
      <w:pPr>
        <w:pStyle w:val="FormNote"/>
      </w:pPr>
      <w:r>
        <w:t>A tervezett költségeknek a projekt megvalósításához kell kapcsolódniuk. Az összes tervezett alapítványi finanszírozás nem haladhatja meg az 50 000 Ft-ot.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964"/>
        <w:gridCol w:w="850"/>
        <w:gridCol w:w="1247"/>
        <w:gridCol w:w="1247"/>
        <w:gridCol w:w="2948"/>
      </w:tblGrid>
      <w:tr w:rsidR="00551058" w14:paraId="3F789DCC" w14:textId="77777777">
        <w:trPr>
          <w:jc w:val="center"/>
        </w:trPr>
        <w:tc>
          <w:tcPr>
            <w:tcW w:w="2041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416C1B53" w14:textId="77777777" w:rsidR="00551058" w:rsidRDefault="00682330">
            <w:r>
              <w:rPr>
                <w:b/>
                <w:color w:val="FFFFFF"/>
                <w:sz w:val="17"/>
              </w:rPr>
              <w:t>Költségtétel</w:t>
            </w:r>
          </w:p>
        </w:tc>
        <w:tc>
          <w:tcPr>
            <w:tcW w:w="964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6B6114CB" w14:textId="77777777" w:rsidR="00551058" w:rsidRDefault="00682330">
            <w:r>
              <w:rPr>
                <w:b/>
                <w:color w:val="FFFFFF"/>
                <w:sz w:val="17"/>
              </w:rPr>
              <w:t>Mennyiség</w:t>
            </w:r>
          </w:p>
        </w:tc>
        <w:tc>
          <w:tcPr>
            <w:tcW w:w="850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0667A131" w14:textId="77777777" w:rsidR="00551058" w:rsidRDefault="00682330">
            <w:r>
              <w:rPr>
                <w:b/>
                <w:color w:val="FFFFFF"/>
                <w:sz w:val="17"/>
              </w:rPr>
              <w:t>Egység</w:t>
            </w:r>
          </w:p>
        </w:tc>
        <w:tc>
          <w:tcPr>
            <w:tcW w:w="1247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509F8893" w14:textId="77777777" w:rsidR="00551058" w:rsidRDefault="00682330">
            <w:r>
              <w:rPr>
                <w:b/>
                <w:color w:val="FFFFFF"/>
                <w:sz w:val="17"/>
              </w:rPr>
              <w:t>Egységár (Ft)</w:t>
            </w:r>
          </w:p>
        </w:tc>
        <w:tc>
          <w:tcPr>
            <w:tcW w:w="1247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13475CF3" w14:textId="77777777" w:rsidR="00551058" w:rsidRDefault="00682330">
            <w:r>
              <w:rPr>
                <w:b/>
                <w:color w:val="FFFFFF"/>
                <w:sz w:val="17"/>
              </w:rPr>
              <w:t>Összeg (Ft)</w:t>
            </w:r>
          </w:p>
        </w:tc>
        <w:tc>
          <w:tcPr>
            <w:tcW w:w="2948" w:type="dxa"/>
            <w:tcBorders>
              <w:top w:val="single" w:sz="6" w:space="0" w:color="78949C"/>
              <w:left w:val="single" w:sz="6" w:space="0" w:color="78949C"/>
              <w:bottom w:val="single" w:sz="6" w:space="0" w:color="78949C"/>
              <w:right w:val="single" w:sz="6" w:space="0" w:color="78949C"/>
            </w:tcBorders>
            <w:shd w:val="clear" w:color="auto" w:fill="1F5A6B"/>
          </w:tcPr>
          <w:p w14:paraId="33C59F2F" w14:textId="77777777" w:rsidR="00551058" w:rsidRDefault="00682330">
            <w:r>
              <w:rPr>
                <w:b/>
                <w:color w:val="FFFFFF"/>
                <w:sz w:val="17"/>
              </w:rPr>
              <w:t>Szakmai indoklás</w:t>
            </w:r>
          </w:p>
        </w:tc>
      </w:tr>
      <w:tr w:rsidR="00551058" w14:paraId="15F5B314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14A7F24" w14:textId="77777777" w:rsidR="00551058" w:rsidRDefault="00682330">
            <w:r>
              <w:t>Vegyszerek / reagensek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1FC4E5C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75707C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0D2F7FF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880D837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1F38302" w14:textId="77777777" w:rsidR="00551058" w:rsidRDefault="00551058">
            <w:pPr>
              <w:spacing w:after="0"/>
            </w:pPr>
          </w:p>
        </w:tc>
      </w:tr>
      <w:tr w:rsidR="00551058" w14:paraId="5FCC51F4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DE3C775" w14:textId="77777777" w:rsidR="00551058" w:rsidRDefault="00682330">
            <w:r>
              <w:t>Laboratóriumi anyagok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6678807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CDA5B0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FE3A16A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AB4596B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3D725A7" w14:textId="77777777" w:rsidR="00551058" w:rsidRDefault="00551058">
            <w:pPr>
              <w:spacing w:after="0"/>
            </w:pPr>
          </w:p>
        </w:tc>
      </w:tr>
      <w:tr w:rsidR="00551058" w14:paraId="1838089C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C70F91F" w14:textId="77777777" w:rsidR="00551058" w:rsidRDefault="00682330">
            <w:r>
              <w:t>Minta-előkészítés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512014A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EC8445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3F3340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42073CC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C071EDE" w14:textId="77777777" w:rsidR="00551058" w:rsidRDefault="00551058">
            <w:pPr>
              <w:spacing w:after="0"/>
            </w:pPr>
          </w:p>
        </w:tc>
      </w:tr>
      <w:tr w:rsidR="00551058" w14:paraId="03C9456F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8AF19F8" w14:textId="77777777" w:rsidR="00551058" w:rsidRDefault="00682330">
            <w:r>
              <w:t>Mérési szolgáltatás / műszeridő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0841C02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7333531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28C890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4724895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F5750F2" w14:textId="77777777" w:rsidR="00551058" w:rsidRDefault="00551058">
            <w:pPr>
              <w:spacing w:after="0"/>
            </w:pPr>
          </w:p>
        </w:tc>
      </w:tr>
      <w:tr w:rsidR="00551058" w14:paraId="2A7DB118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B796DFE" w14:textId="77777777" w:rsidR="00551058" w:rsidRDefault="00682330">
            <w:r>
              <w:t>Kis értékű laboratóriumi eszköz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C7D8BBA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7665255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B717913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B3E7A7D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6EDC3CF" w14:textId="77777777" w:rsidR="00551058" w:rsidRDefault="00551058">
            <w:pPr>
              <w:spacing w:after="0"/>
            </w:pPr>
          </w:p>
        </w:tc>
      </w:tr>
      <w:tr w:rsidR="00551058" w14:paraId="66629D4D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2FFB7D7" w14:textId="77777777" w:rsidR="00551058" w:rsidRDefault="00682330">
            <w:r>
              <w:t>Poszternyomtatás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73C8FF2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96AEC6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5FC6C82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1FDB9471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45DA6507" w14:textId="77777777" w:rsidR="00551058" w:rsidRDefault="00551058">
            <w:pPr>
              <w:spacing w:after="0"/>
            </w:pPr>
          </w:p>
        </w:tc>
      </w:tr>
      <w:tr w:rsidR="00551058" w14:paraId="3994335F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039720E" w14:textId="77777777" w:rsidR="00551058" w:rsidRDefault="00682330">
            <w:r>
              <w:t>Egyéb, indokolt tétel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6D9702E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EB18088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A9CC9DB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BF8B857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FC4BD04" w14:textId="77777777" w:rsidR="00551058" w:rsidRDefault="00551058">
            <w:pPr>
              <w:spacing w:after="0"/>
            </w:pPr>
          </w:p>
        </w:tc>
      </w:tr>
      <w:tr w:rsidR="00551058" w14:paraId="3A4550E6" w14:textId="77777777">
        <w:trPr>
          <w:jc w:val="center"/>
        </w:trPr>
        <w:tc>
          <w:tcPr>
            <w:tcW w:w="2041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583932A" w14:textId="77777777" w:rsidR="00551058" w:rsidRDefault="00682330">
            <w:r>
              <w:rPr>
                <w:b/>
              </w:rPr>
              <w:t>ÖSSZESEN</w:t>
            </w:r>
          </w:p>
        </w:tc>
        <w:tc>
          <w:tcPr>
            <w:tcW w:w="964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23B168F5" w14:textId="77777777" w:rsidR="00551058" w:rsidRDefault="00551058">
            <w:pPr>
              <w:spacing w:after="0"/>
            </w:pPr>
          </w:p>
        </w:tc>
        <w:tc>
          <w:tcPr>
            <w:tcW w:w="850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8144968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6D5102C7" w14:textId="77777777" w:rsidR="00551058" w:rsidRDefault="00551058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57E490FD" w14:textId="77777777" w:rsidR="00551058" w:rsidRDefault="00551058">
            <w:pPr>
              <w:spacing w:after="0"/>
            </w:pPr>
          </w:p>
        </w:tc>
        <w:tc>
          <w:tcPr>
            <w:tcW w:w="2948" w:type="dxa"/>
            <w:tcBorders>
              <w:top w:val="single" w:sz="6" w:space="0" w:color="AAB8BC"/>
              <w:left w:val="single" w:sz="6" w:space="0" w:color="AAB8BC"/>
              <w:bottom w:val="single" w:sz="6" w:space="0" w:color="AAB8BC"/>
              <w:right w:val="single" w:sz="6" w:space="0" w:color="AAB8BC"/>
            </w:tcBorders>
            <w:shd w:val="clear" w:color="auto" w:fill="EAF1F3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769B2E1F" w14:textId="77777777" w:rsidR="00551058" w:rsidRDefault="00551058">
            <w:pPr>
              <w:spacing w:after="0"/>
            </w:pPr>
          </w:p>
        </w:tc>
      </w:tr>
    </w:tbl>
    <w:p w14:paraId="103D684A" w14:textId="77777777" w:rsidR="00551058" w:rsidRDefault="00682330">
      <w:pPr>
        <w:pStyle w:val="Cmsor1"/>
      </w:pPr>
      <w:r>
        <w:t>Rövid összefoglaló indoklás</w:t>
      </w:r>
    </w:p>
    <w:p w14:paraId="1ED6A578" w14:textId="77777777" w:rsidR="00551058" w:rsidRDefault="00682330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2B96A41E" w14:textId="77777777" w:rsidR="00551058" w:rsidRDefault="00682330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4D22DD3A" w14:textId="77777777" w:rsidR="00551058" w:rsidRDefault="00682330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p w14:paraId="4D8DDB1A" w14:textId="77777777" w:rsidR="00551058" w:rsidRDefault="00682330">
      <w:pPr>
        <w:spacing w:after="20"/>
      </w:pPr>
      <w:r>
        <w:rPr>
          <w:color w:val="777777"/>
          <w:sz w:val="16"/>
        </w:rPr>
        <w:t>____________________________________________________________________________________________________________</w:t>
      </w:r>
    </w:p>
    <w:sectPr w:rsidR="00551058" w:rsidSect="00034616">
      <w:headerReference w:type="default" r:id="rId8"/>
      <w:footerReference w:type="default" r:id="rId9"/>
      <w:pgSz w:w="12240" w:h="15840"/>
      <w:pgMar w:top="850" w:right="935" w:bottom="794" w:left="935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43C5" w14:textId="77777777" w:rsidR="00EE6EDA" w:rsidRDefault="00EE6EDA">
      <w:pPr>
        <w:spacing w:after="0" w:line="240" w:lineRule="auto"/>
      </w:pPr>
      <w:r>
        <w:separator/>
      </w:r>
    </w:p>
  </w:endnote>
  <w:endnote w:type="continuationSeparator" w:id="0">
    <w:p w14:paraId="6D84686D" w14:textId="77777777" w:rsidR="00EE6EDA" w:rsidRDefault="00E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F34F" w14:textId="77777777" w:rsidR="00551058" w:rsidRDefault="00682330">
    <w:pPr>
      <w:pStyle w:val="llb"/>
      <w:jc w:val="center"/>
    </w:pPr>
    <w:r>
      <w:rPr>
        <w:color w:val="888888"/>
        <w:sz w:val="15"/>
      </w:rPr>
      <w:t xml:space="preserve">Hallgatói </w:t>
    </w:r>
    <w:proofErr w:type="spellStart"/>
    <w:r>
      <w:rPr>
        <w:color w:val="888888"/>
        <w:sz w:val="15"/>
      </w:rPr>
      <w:t>Tudományos</w:t>
    </w:r>
    <w:proofErr w:type="spellEnd"/>
    <w:r>
      <w:rPr>
        <w:color w:val="888888"/>
        <w:sz w:val="15"/>
      </w:rPr>
      <w:t xml:space="preserve"> Mini Projekt Program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B633" w14:textId="77777777" w:rsidR="00EE6EDA" w:rsidRDefault="00EE6EDA">
      <w:pPr>
        <w:spacing w:after="0" w:line="240" w:lineRule="auto"/>
      </w:pPr>
      <w:r>
        <w:separator/>
      </w:r>
    </w:p>
  </w:footnote>
  <w:footnote w:type="continuationSeparator" w:id="0">
    <w:p w14:paraId="085B7F35" w14:textId="77777777" w:rsidR="00EE6EDA" w:rsidRDefault="00E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503E7" w14:textId="77777777" w:rsidR="00551058" w:rsidRDefault="00682330">
    <w:pPr>
      <w:pStyle w:val="lfej"/>
      <w:jc w:val="center"/>
    </w:pPr>
    <w:r>
      <w:rPr>
        <w:noProof/>
      </w:rPr>
      <w:drawing>
        <wp:inline distT="0" distB="0" distL="0" distR="0" wp14:anchorId="65D80FFC" wp14:editId="2CEA1209">
          <wp:extent cx="450000" cy="2138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0000" cy="213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F5A6B"/>
        <w:sz w:val="15"/>
      </w:rPr>
      <w:t xml:space="preserve">   MÉRNÖKÖK A KÖRNYEZETBARÁT ENERGIAFELHASZNÁLÁSÉRT ALAPÍTVÁNY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1068644">
    <w:abstractNumId w:val="8"/>
  </w:num>
  <w:num w:numId="2" w16cid:durableId="1245652037">
    <w:abstractNumId w:val="6"/>
  </w:num>
  <w:num w:numId="3" w16cid:durableId="1717660392">
    <w:abstractNumId w:val="5"/>
  </w:num>
  <w:num w:numId="4" w16cid:durableId="50227970">
    <w:abstractNumId w:val="4"/>
  </w:num>
  <w:num w:numId="5" w16cid:durableId="1192495456">
    <w:abstractNumId w:val="7"/>
  </w:num>
  <w:num w:numId="6" w16cid:durableId="1431317705">
    <w:abstractNumId w:val="3"/>
  </w:num>
  <w:num w:numId="7" w16cid:durableId="1514340645">
    <w:abstractNumId w:val="2"/>
  </w:num>
  <w:num w:numId="8" w16cid:durableId="1912689660">
    <w:abstractNumId w:val="1"/>
  </w:num>
  <w:num w:numId="9" w16cid:durableId="210830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7A1"/>
    <w:rsid w:val="0029639D"/>
    <w:rsid w:val="00326F90"/>
    <w:rsid w:val="003C7E28"/>
    <w:rsid w:val="004C469A"/>
    <w:rsid w:val="00551058"/>
    <w:rsid w:val="00682330"/>
    <w:rsid w:val="007B2481"/>
    <w:rsid w:val="00AA1D8D"/>
    <w:rsid w:val="00B47730"/>
    <w:rsid w:val="00CB0664"/>
    <w:rsid w:val="00EE6E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606A5"/>
  <w14:defaultImageDpi w14:val="300"/>
  <w15:docId w15:val="{3A37D336-E51C-44C2-9662-3673AC0F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80" w:line="259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F5A6B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1F5A6B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/>
      <w:b/>
      <w:color w:val="1F5A6B"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60"/>
    </w:pPr>
    <w:rPr>
      <w:rFonts w:ascii="Times New Roman" w:hAnsi="Times New Roman"/>
      <w:i/>
      <w:color w:val="666666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1019</Characters>
  <Application>Microsoft Office Word</Application>
  <DocSecurity>4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Hortváth Róbert</dc:creator>
  <cp:keywords/>
  <dc:description>generated by python-docx</dc:description>
  <cp:lastModifiedBy>Stumpf Éva</cp:lastModifiedBy>
  <cp:revision>2</cp:revision>
  <dcterms:created xsi:type="dcterms:W3CDTF">2026-09-15T12:33:00Z</dcterms:created>
  <dcterms:modified xsi:type="dcterms:W3CDTF">2026-09-15T12:33:00Z</dcterms:modified>
  <cp:category/>
</cp:coreProperties>
</file>