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F88CBD" w14:textId="77777777" w:rsidR="00467314" w:rsidRDefault="00F768C1" w:rsidP="00C5640A">
      <w:pPr>
        <w:pStyle w:val="Cm"/>
        <w:jc w:val="center"/>
      </w:pPr>
      <w:r>
        <w:t>PROJEKTTERV SABLON</w:t>
      </w:r>
    </w:p>
    <w:p w14:paraId="6E3C06B3" w14:textId="77777777" w:rsidR="00467314" w:rsidRDefault="00F768C1" w:rsidP="00C5640A">
      <w:pPr>
        <w:jc w:val="center"/>
      </w:pPr>
      <w:r>
        <w:rPr>
          <w:b/>
          <w:color w:val="666666"/>
          <w:sz w:val="19"/>
        </w:rPr>
        <w:t>Hallgatói Tudományos Mini Projekt Program 2026</w:t>
      </w:r>
    </w:p>
    <w:p w14:paraId="0FD9EB47" w14:textId="77777777" w:rsidR="00467314" w:rsidRDefault="00F768C1" w:rsidP="00C5640A">
      <w:pPr>
        <w:pStyle w:val="FormNote"/>
        <w:jc w:val="center"/>
      </w:pPr>
      <w:r>
        <w:t>Javasolt terjedelem: 2–3 oldal</w:t>
      </w:r>
    </w:p>
    <w:p w14:paraId="3623CC26" w14:textId="77777777" w:rsidR="00467314" w:rsidRDefault="00F768C1" w:rsidP="00C5640A">
      <w:pPr>
        <w:pStyle w:val="Cmsor1"/>
      </w:pPr>
      <w:r>
        <w:t>1. Projekt címe</w:t>
      </w:r>
    </w:p>
    <w:p w14:paraId="165BA0FA" w14:textId="77777777" w:rsidR="00467314" w:rsidRDefault="00F768C1" w:rsidP="00C5640A">
      <w:pPr>
        <w:pStyle w:val="FormNote"/>
      </w:pPr>
      <w:r>
        <w:t>A projekt pontos, rövid és szakmailag egyértelmű megnevezése.</w:t>
      </w:r>
    </w:p>
    <w:p w14:paraId="543B621F" w14:textId="77777777" w:rsidR="00467314" w:rsidRDefault="00F768C1" w:rsidP="00C5640A">
      <w:pPr>
        <w:spacing w:after="20"/>
      </w:pPr>
      <w:r>
        <w:rPr>
          <w:color w:val="777777"/>
          <w:sz w:val="16"/>
        </w:rPr>
        <w:t>____________________________________________________________________________________________________________</w:t>
      </w:r>
    </w:p>
    <w:p w14:paraId="05302E29" w14:textId="77777777" w:rsidR="00467314" w:rsidRDefault="00F768C1" w:rsidP="00C5640A">
      <w:pPr>
        <w:pStyle w:val="Cmsor1"/>
      </w:pPr>
      <w:r>
        <w:t>2. A kutatás rövid ismertetése</w:t>
      </w:r>
    </w:p>
    <w:p w14:paraId="246787C7" w14:textId="77777777" w:rsidR="00467314" w:rsidRDefault="00F768C1" w:rsidP="00C5640A">
      <w:pPr>
        <w:pStyle w:val="FormNote"/>
      </w:pPr>
      <w:r>
        <w:t>Legfeljebb 300 szóban foglalja össze a projekt tárgyát, a kiinduló problémát és a tervezett megközelítést.</w:t>
      </w:r>
    </w:p>
    <w:p w14:paraId="32D0AF91" w14:textId="77777777" w:rsidR="00467314" w:rsidRDefault="00F768C1" w:rsidP="00C5640A">
      <w:pPr>
        <w:spacing w:after="20"/>
      </w:pPr>
      <w:r>
        <w:rPr>
          <w:color w:val="777777"/>
          <w:sz w:val="16"/>
        </w:rPr>
        <w:t>____________________________________________________________________________________________________________</w:t>
      </w:r>
    </w:p>
    <w:p w14:paraId="0AEC1217" w14:textId="77777777" w:rsidR="00467314" w:rsidRDefault="00F768C1" w:rsidP="00C5640A">
      <w:pPr>
        <w:spacing w:after="20"/>
      </w:pPr>
      <w:r>
        <w:rPr>
          <w:color w:val="777777"/>
          <w:sz w:val="16"/>
        </w:rPr>
        <w:t>____________________________________________________________________________________________________________</w:t>
      </w:r>
    </w:p>
    <w:p w14:paraId="1D7EA99D" w14:textId="77777777" w:rsidR="00467314" w:rsidRDefault="00F768C1" w:rsidP="00C5640A">
      <w:pPr>
        <w:spacing w:after="20"/>
      </w:pPr>
      <w:r>
        <w:rPr>
          <w:color w:val="777777"/>
          <w:sz w:val="16"/>
        </w:rPr>
        <w:t>____________________________________________________________________________________________________________</w:t>
      </w:r>
    </w:p>
    <w:p w14:paraId="1F3DBACA" w14:textId="77777777" w:rsidR="00467314" w:rsidRDefault="00F768C1" w:rsidP="00C5640A">
      <w:pPr>
        <w:spacing w:after="20"/>
      </w:pPr>
      <w:r>
        <w:rPr>
          <w:color w:val="777777"/>
          <w:sz w:val="16"/>
        </w:rPr>
        <w:t>____________________________________________________________________________________________________________</w:t>
      </w:r>
    </w:p>
    <w:p w14:paraId="1E338731" w14:textId="77777777" w:rsidR="00467314" w:rsidRDefault="00F768C1" w:rsidP="00C5640A">
      <w:pPr>
        <w:spacing w:after="20"/>
      </w:pPr>
      <w:r>
        <w:rPr>
          <w:color w:val="777777"/>
          <w:sz w:val="16"/>
        </w:rPr>
        <w:t>____________________________________________________________________________________________________________</w:t>
      </w:r>
    </w:p>
    <w:p w14:paraId="39D611EE" w14:textId="77777777" w:rsidR="00467314" w:rsidRDefault="00F768C1" w:rsidP="00C5640A">
      <w:pPr>
        <w:pStyle w:val="Cmsor1"/>
      </w:pPr>
      <w:r>
        <w:t>3. A probléma bemutatása</w:t>
      </w:r>
    </w:p>
    <w:p w14:paraId="647ABAF7" w14:textId="77777777" w:rsidR="00467314" w:rsidRDefault="00F768C1" w:rsidP="00C5640A">
      <w:pPr>
        <w:pStyle w:val="FormNote"/>
      </w:pPr>
      <w:r>
        <w:t>Mutassa be, miért fontos a vizsgált probléma, mi a jelenlegi helyzet, és milyen szakmai vagy gyakorlati igény indokolja a projektet.</w:t>
      </w:r>
    </w:p>
    <w:p w14:paraId="536377F6" w14:textId="77777777" w:rsidR="00467314" w:rsidRDefault="00F768C1" w:rsidP="00C5640A">
      <w:pPr>
        <w:spacing w:after="20"/>
      </w:pPr>
      <w:r>
        <w:rPr>
          <w:color w:val="777777"/>
          <w:sz w:val="16"/>
        </w:rPr>
        <w:t>____________________________________________________________________________________________________________</w:t>
      </w:r>
    </w:p>
    <w:p w14:paraId="29FDF73A" w14:textId="77777777" w:rsidR="00467314" w:rsidRDefault="00F768C1" w:rsidP="00C5640A">
      <w:pPr>
        <w:spacing w:after="20"/>
      </w:pPr>
      <w:r>
        <w:rPr>
          <w:color w:val="777777"/>
          <w:sz w:val="16"/>
        </w:rPr>
        <w:t>____________________________________________________________________________________________________________</w:t>
      </w:r>
    </w:p>
    <w:p w14:paraId="0F024444" w14:textId="77777777" w:rsidR="00467314" w:rsidRDefault="00F768C1" w:rsidP="00C5640A">
      <w:pPr>
        <w:spacing w:after="20"/>
      </w:pPr>
      <w:r>
        <w:rPr>
          <w:color w:val="777777"/>
          <w:sz w:val="16"/>
        </w:rPr>
        <w:t>____________________________________________________________________________________________________________</w:t>
      </w:r>
    </w:p>
    <w:p w14:paraId="65019029" w14:textId="77777777" w:rsidR="00467314" w:rsidRDefault="00F768C1" w:rsidP="00C5640A">
      <w:pPr>
        <w:spacing w:after="20"/>
      </w:pPr>
      <w:r>
        <w:rPr>
          <w:color w:val="777777"/>
          <w:sz w:val="16"/>
        </w:rPr>
        <w:t>____________________________________________________________________________________________________________</w:t>
      </w:r>
    </w:p>
    <w:p w14:paraId="08045C39" w14:textId="77777777" w:rsidR="00467314" w:rsidRDefault="00F768C1" w:rsidP="00C5640A">
      <w:pPr>
        <w:spacing w:after="20"/>
      </w:pPr>
      <w:r>
        <w:rPr>
          <w:color w:val="777777"/>
          <w:sz w:val="16"/>
        </w:rPr>
        <w:t>____________________________________________________________________________________________________________</w:t>
      </w:r>
    </w:p>
    <w:p w14:paraId="2A52BCB1" w14:textId="77777777" w:rsidR="00467314" w:rsidRDefault="00F768C1" w:rsidP="00C5640A">
      <w:pPr>
        <w:pStyle w:val="Cmsor1"/>
      </w:pPr>
      <w:r>
        <w:t>4. Célkitűzés és kutatási kérdés</w:t>
      </w:r>
    </w:p>
    <w:p w14:paraId="431D9ECD" w14:textId="77777777" w:rsidR="00467314" w:rsidRDefault="00F768C1" w:rsidP="00C5640A">
      <w:pPr>
        <w:pStyle w:val="FormNote"/>
      </w:pPr>
      <w:r>
        <w:t>Fogalmazza meg a projekt fő célját és a megválaszolandó kutatási kérdést.</w:t>
      </w:r>
    </w:p>
    <w:p w14:paraId="626209C5" w14:textId="77777777" w:rsidR="00467314" w:rsidRDefault="00F768C1" w:rsidP="00C5640A">
      <w:pPr>
        <w:spacing w:after="20"/>
      </w:pPr>
      <w:r>
        <w:rPr>
          <w:color w:val="777777"/>
          <w:sz w:val="16"/>
        </w:rPr>
        <w:t>____________________________________________________________________________________________________________</w:t>
      </w:r>
    </w:p>
    <w:p w14:paraId="661DA899" w14:textId="77777777" w:rsidR="00467314" w:rsidRDefault="00F768C1" w:rsidP="00C5640A">
      <w:pPr>
        <w:spacing w:after="20"/>
      </w:pPr>
      <w:r>
        <w:rPr>
          <w:color w:val="777777"/>
          <w:sz w:val="16"/>
        </w:rPr>
        <w:t>____________________________________________________________________________________________________________</w:t>
      </w:r>
    </w:p>
    <w:p w14:paraId="1AD9F437" w14:textId="77777777" w:rsidR="00467314" w:rsidRDefault="00F768C1" w:rsidP="00C5640A">
      <w:pPr>
        <w:spacing w:after="20"/>
      </w:pPr>
      <w:r>
        <w:rPr>
          <w:color w:val="777777"/>
          <w:sz w:val="16"/>
        </w:rPr>
        <w:t>____________________________________________________________________________________________________________</w:t>
      </w:r>
    </w:p>
    <w:p w14:paraId="367A9468" w14:textId="77777777" w:rsidR="00467314" w:rsidRDefault="00F768C1" w:rsidP="00C5640A">
      <w:pPr>
        <w:spacing w:after="20"/>
      </w:pPr>
      <w:r>
        <w:rPr>
          <w:color w:val="777777"/>
          <w:sz w:val="16"/>
        </w:rPr>
        <w:t>____________________________________________________________________________________________________________</w:t>
      </w:r>
    </w:p>
    <w:p w14:paraId="179C3CFD" w14:textId="77777777" w:rsidR="00467314" w:rsidRDefault="00F768C1" w:rsidP="00C5640A">
      <w:pPr>
        <w:pStyle w:val="Cmsor1"/>
      </w:pPr>
      <w:r>
        <w:t>5. Kutatási módszer</w:t>
      </w:r>
    </w:p>
    <w:p w14:paraId="5FDC7C44" w14:textId="77777777" w:rsidR="00467314" w:rsidRDefault="00F768C1" w:rsidP="00C5640A">
      <w:pPr>
        <w:pStyle w:val="FormNote"/>
      </w:pPr>
      <w:r>
        <w:t>Mutassa be a tervezett laboratóriumi vizsgálatokat, kísérleteket, számításokat és adatkiértékelési módszereket. Példák: TG/DTG, DSC, FT-IR vagy más, a témához illeszkedő módszer.</w:t>
      </w:r>
    </w:p>
    <w:p w14:paraId="28982C0C" w14:textId="77777777" w:rsidR="00467314" w:rsidRDefault="00F768C1" w:rsidP="00C5640A">
      <w:pPr>
        <w:spacing w:after="20"/>
      </w:pPr>
      <w:r>
        <w:rPr>
          <w:color w:val="777777"/>
          <w:sz w:val="16"/>
        </w:rPr>
        <w:t>____________________________________________________________________________________________________________</w:t>
      </w:r>
    </w:p>
    <w:p w14:paraId="70DE9F0C" w14:textId="77777777" w:rsidR="00467314" w:rsidRDefault="00F768C1" w:rsidP="00C5640A">
      <w:pPr>
        <w:spacing w:after="20"/>
      </w:pPr>
      <w:r>
        <w:rPr>
          <w:color w:val="777777"/>
          <w:sz w:val="16"/>
        </w:rPr>
        <w:t>____________________________________________________________________________________________________________</w:t>
      </w:r>
    </w:p>
    <w:p w14:paraId="278895A2" w14:textId="77777777" w:rsidR="00467314" w:rsidRDefault="00F768C1" w:rsidP="00C5640A">
      <w:pPr>
        <w:spacing w:after="20"/>
      </w:pPr>
      <w:r>
        <w:rPr>
          <w:color w:val="777777"/>
          <w:sz w:val="16"/>
        </w:rPr>
        <w:t>____________________________________________________________________________________________________________</w:t>
      </w:r>
    </w:p>
    <w:p w14:paraId="3DE12E82" w14:textId="77777777" w:rsidR="00467314" w:rsidRDefault="00F768C1" w:rsidP="00C5640A">
      <w:pPr>
        <w:spacing w:after="20"/>
      </w:pPr>
      <w:r>
        <w:rPr>
          <w:color w:val="777777"/>
          <w:sz w:val="16"/>
        </w:rPr>
        <w:t>____________________________________________________________________________________________________________</w:t>
      </w:r>
    </w:p>
    <w:p w14:paraId="02C21616" w14:textId="77777777" w:rsidR="00467314" w:rsidRDefault="00F768C1" w:rsidP="00C5640A">
      <w:pPr>
        <w:spacing w:after="20"/>
      </w:pPr>
      <w:r>
        <w:rPr>
          <w:color w:val="777777"/>
          <w:sz w:val="16"/>
        </w:rPr>
        <w:t>____________________________________________________________________________________________________________</w:t>
      </w:r>
    </w:p>
    <w:p w14:paraId="6AD5E9D6" w14:textId="77777777" w:rsidR="00467314" w:rsidRDefault="00F768C1" w:rsidP="00C5640A">
      <w:pPr>
        <w:spacing w:after="20"/>
      </w:pPr>
      <w:r>
        <w:rPr>
          <w:color w:val="777777"/>
          <w:sz w:val="16"/>
        </w:rPr>
        <w:t>____________________________________________________________________________________________________________</w:t>
      </w:r>
    </w:p>
    <w:p w14:paraId="2B789827" w14:textId="77777777" w:rsidR="00467314" w:rsidRDefault="00F768C1" w:rsidP="00C5640A">
      <w:r>
        <w:br w:type="page"/>
      </w:r>
    </w:p>
    <w:p w14:paraId="4C71DFD1" w14:textId="77777777" w:rsidR="00467314" w:rsidRDefault="00F768C1" w:rsidP="00C5640A">
      <w:pPr>
        <w:pStyle w:val="Cmsor1"/>
      </w:pPr>
      <w:r>
        <w:lastRenderedPageBreak/>
        <w:t>6. Tervezett munkafázisok és ütemezés</w:t>
      </w:r>
    </w:p>
    <w:p w14:paraId="47A431FD" w14:textId="77777777" w:rsidR="00467314" w:rsidRDefault="00F768C1" w:rsidP="00C5640A">
      <w:pPr>
        <w:pStyle w:val="FormNote"/>
      </w:pPr>
      <w:r>
        <w:t>Sorolja fel a fő munkafázisokat és tervezett időzítésüket a projekt megvalósítási időszakán belül.</w:t>
      </w:r>
    </w:p>
    <w:p w14:paraId="011E8151" w14:textId="77777777" w:rsidR="00467314" w:rsidRDefault="00F768C1" w:rsidP="00C5640A">
      <w:pPr>
        <w:spacing w:after="20"/>
      </w:pPr>
      <w:r>
        <w:rPr>
          <w:color w:val="777777"/>
          <w:sz w:val="16"/>
        </w:rPr>
        <w:t>____________________________________________________________________________________________________________</w:t>
      </w:r>
    </w:p>
    <w:p w14:paraId="0A53C211" w14:textId="77777777" w:rsidR="00467314" w:rsidRDefault="00F768C1" w:rsidP="00C5640A">
      <w:pPr>
        <w:spacing w:after="20"/>
      </w:pPr>
      <w:r>
        <w:rPr>
          <w:color w:val="777777"/>
          <w:sz w:val="16"/>
        </w:rPr>
        <w:t>____________________________________________________________________________________________________________</w:t>
      </w:r>
    </w:p>
    <w:p w14:paraId="4A48BE26" w14:textId="77777777" w:rsidR="00467314" w:rsidRDefault="00F768C1" w:rsidP="00C5640A">
      <w:pPr>
        <w:spacing w:after="20"/>
      </w:pPr>
      <w:r>
        <w:rPr>
          <w:color w:val="777777"/>
          <w:sz w:val="16"/>
        </w:rPr>
        <w:t>____________________________________________________________________________________________________________</w:t>
      </w:r>
    </w:p>
    <w:p w14:paraId="63B39114" w14:textId="77777777" w:rsidR="00467314" w:rsidRDefault="00F768C1" w:rsidP="00C5640A">
      <w:pPr>
        <w:spacing w:after="20"/>
      </w:pPr>
      <w:r>
        <w:rPr>
          <w:color w:val="777777"/>
          <w:sz w:val="16"/>
        </w:rPr>
        <w:t>____________________________________________________________________________________________________________</w:t>
      </w:r>
    </w:p>
    <w:p w14:paraId="7AD1A98B" w14:textId="77777777" w:rsidR="00467314" w:rsidRDefault="00F768C1" w:rsidP="00C5640A">
      <w:pPr>
        <w:spacing w:after="20"/>
      </w:pPr>
      <w:r>
        <w:rPr>
          <w:color w:val="777777"/>
          <w:sz w:val="16"/>
        </w:rPr>
        <w:t>____________________________________________________________________________________________________________</w:t>
      </w:r>
    </w:p>
    <w:p w14:paraId="58622E4F" w14:textId="77777777" w:rsidR="00467314" w:rsidRDefault="00F768C1" w:rsidP="00C5640A">
      <w:pPr>
        <w:pStyle w:val="Cmsor1"/>
      </w:pPr>
      <w:r>
        <w:t>7. Várható eredmények</w:t>
      </w:r>
    </w:p>
    <w:p w14:paraId="49976D6E" w14:textId="77777777" w:rsidR="00467314" w:rsidRDefault="00F768C1" w:rsidP="00C5640A">
      <w:pPr>
        <w:pStyle w:val="FormNote"/>
      </w:pPr>
      <w:r>
        <w:t>Ismertesse, milyen mérési, számítási vagy fejlesztési eredményeket vár a projekttől.</w:t>
      </w:r>
    </w:p>
    <w:p w14:paraId="514E01E8" w14:textId="77777777" w:rsidR="00467314" w:rsidRDefault="00F768C1" w:rsidP="00C5640A">
      <w:pPr>
        <w:spacing w:after="20"/>
      </w:pPr>
      <w:r>
        <w:rPr>
          <w:color w:val="777777"/>
          <w:sz w:val="16"/>
        </w:rPr>
        <w:t>____________________________________________________________________________________________________________</w:t>
      </w:r>
    </w:p>
    <w:p w14:paraId="38ABFF2B" w14:textId="77777777" w:rsidR="00467314" w:rsidRDefault="00F768C1" w:rsidP="00C5640A">
      <w:pPr>
        <w:spacing w:after="20"/>
      </w:pPr>
      <w:r>
        <w:rPr>
          <w:color w:val="777777"/>
          <w:sz w:val="16"/>
        </w:rPr>
        <w:t>____________________________________________________________________________________________________________</w:t>
      </w:r>
    </w:p>
    <w:p w14:paraId="3968DEF3" w14:textId="77777777" w:rsidR="00467314" w:rsidRDefault="00F768C1" w:rsidP="00C5640A">
      <w:pPr>
        <w:spacing w:after="20"/>
      </w:pPr>
      <w:r>
        <w:rPr>
          <w:color w:val="777777"/>
          <w:sz w:val="16"/>
        </w:rPr>
        <w:t>____________________________________________________________________________________________________________</w:t>
      </w:r>
    </w:p>
    <w:p w14:paraId="073DF150" w14:textId="77777777" w:rsidR="00467314" w:rsidRDefault="00F768C1" w:rsidP="00C5640A">
      <w:pPr>
        <w:spacing w:after="20"/>
      </w:pPr>
      <w:r>
        <w:rPr>
          <w:color w:val="777777"/>
          <w:sz w:val="16"/>
        </w:rPr>
        <w:t>____________________________________________________________________________________________________________</w:t>
      </w:r>
    </w:p>
    <w:p w14:paraId="6E5F4627" w14:textId="77777777" w:rsidR="00467314" w:rsidRDefault="00F768C1" w:rsidP="00C5640A">
      <w:pPr>
        <w:spacing w:after="20"/>
      </w:pPr>
      <w:r>
        <w:rPr>
          <w:color w:val="777777"/>
          <w:sz w:val="16"/>
        </w:rPr>
        <w:t>____________________________________________________________________________________________________________</w:t>
      </w:r>
    </w:p>
    <w:p w14:paraId="581339EE" w14:textId="77777777" w:rsidR="00467314" w:rsidRDefault="00F768C1" w:rsidP="00C5640A">
      <w:pPr>
        <w:pStyle w:val="Cmsor1"/>
      </w:pPr>
      <w:r>
        <w:t>8. Hasznosíthatóság és fenntarthatósági jelentőség</w:t>
      </w:r>
    </w:p>
    <w:p w14:paraId="74A251B9" w14:textId="77777777" w:rsidR="00467314" w:rsidRDefault="00F768C1" w:rsidP="00C5640A">
      <w:pPr>
        <w:pStyle w:val="FormNote"/>
      </w:pPr>
      <w:r>
        <w:t>Mutassa be a projekt tudományos, oktatási, ipari vagy környezetvédelmi hasznosíthatóságát és a fenntarthatósághoz való kapcsolódását.</w:t>
      </w:r>
    </w:p>
    <w:p w14:paraId="1226267D" w14:textId="77777777" w:rsidR="00467314" w:rsidRDefault="00F768C1" w:rsidP="00C5640A">
      <w:pPr>
        <w:spacing w:after="20"/>
      </w:pPr>
      <w:r>
        <w:rPr>
          <w:color w:val="777777"/>
          <w:sz w:val="16"/>
        </w:rPr>
        <w:t>____________________________________________________________________________________________________________</w:t>
      </w:r>
    </w:p>
    <w:p w14:paraId="5C9F3BB0" w14:textId="77777777" w:rsidR="00467314" w:rsidRDefault="00F768C1" w:rsidP="00C5640A">
      <w:pPr>
        <w:spacing w:after="20"/>
      </w:pPr>
      <w:r>
        <w:rPr>
          <w:color w:val="777777"/>
          <w:sz w:val="16"/>
        </w:rPr>
        <w:t>____________________________________________________________________________________________________________</w:t>
      </w:r>
    </w:p>
    <w:p w14:paraId="63C1A434" w14:textId="77777777" w:rsidR="00467314" w:rsidRDefault="00F768C1" w:rsidP="00C5640A">
      <w:pPr>
        <w:spacing w:after="20"/>
      </w:pPr>
      <w:r>
        <w:rPr>
          <w:color w:val="777777"/>
          <w:sz w:val="16"/>
        </w:rPr>
        <w:t>____________________________________________________________________________________________________________</w:t>
      </w:r>
    </w:p>
    <w:p w14:paraId="16C553DB" w14:textId="77777777" w:rsidR="00467314" w:rsidRDefault="00F768C1" w:rsidP="00C5640A">
      <w:pPr>
        <w:spacing w:after="20"/>
      </w:pPr>
      <w:r>
        <w:rPr>
          <w:color w:val="777777"/>
          <w:sz w:val="16"/>
        </w:rPr>
        <w:t>____________________________________________________________________________________________________________</w:t>
      </w:r>
    </w:p>
    <w:p w14:paraId="2B2EC0CB" w14:textId="77777777" w:rsidR="00467314" w:rsidRDefault="00F768C1" w:rsidP="00C5640A">
      <w:pPr>
        <w:spacing w:after="20"/>
      </w:pPr>
      <w:r>
        <w:rPr>
          <w:color w:val="777777"/>
          <w:sz w:val="16"/>
        </w:rPr>
        <w:t>____________________________________________________________________________________________________________</w:t>
      </w:r>
    </w:p>
    <w:p w14:paraId="3BA6E31E" w14:textId="77777777" w:rsidR="00467314" w:rsidRDefault="00F768C1" w:rsidP="00C5640A">
      <w:pPr>
        <w:spacing w:after="20"/>
      </w:pPr>
      <w:r>
        <w:rPr>
          <w:color w:val="777777"/>
          <w:sz w:val="16"/>
        </w:rPr>
        <w:t>____________________________________________________________________________________________________________</w:t>
      </w:r>
    </w:p>
    <w:p w14:paraId="0C63D8A8" w14:textId="77777777" w:rsidR="00467314" w:rsidRDefault="00F768C1" w:rsidP="00C5640A">
      <w:pPr>
        <w:pStyle w:val="Cmsor1"/>
      </w:pPr>
      <w:r>
        <w:t>9. TDK-továbbvitel lehetősége</w:t>
      </w:r>
    </w:p>
    <w:p w14:paraId="6D7B67F1" w14:textId="77777777" w:rsidR="00467314" w:rsidRDefault="00F768C1" w:rsidP="00C5640A">
      <w:pPr>
        <w:pStyle w:val="FormNote"/>
      </w:pPr>
      <w:r>
        <w:t>Röviden jelezze, hogy a Mini Projekt eredményei milyen irányban fejleszthetők tovább TDK-munkává, szakdolgozattá vagy további kutatássá.</w:t>
      </w:r>
    </w:p>
    <w:p w14:paraId="324F6A42" w14:textId="77777777" w:rsidR="00467314" w:rsidRDefault="00F768C1" w:rsidP="00C5640A">
      <w:pPr>
        <w:spacing w:after="20"/>
      </w:pPr>
      <w:r>
        <w:rPr>
          <w:color w:val="777777"/>
          <w:sz w:val="16"/>
        </w:rPr>
        <w:t>____________________________________________________________________________________________________________</w:t>
      </w:r>
    </w:p>
    <w:p w14:paraId="2BAC3A6C" w14:textId="77777777" w:rsidR="00467314" w:rsidRDefault="00F768C1" w:rsidP="00C5640A">
      <w:pPr>
        <w:spacing w:after="20"/>
      </w:pPr>
      <w:r>
        <w:rPr>
          <w:color w:val="777777"/>
          <w:sz w:val="16"/>
        </w:rPr>
        <w:t>____________________________________________________________________________________________________________</w:t>
      </w:r>
    </w:p>
    <w:p w14:paraId="094A0FEA" w14:textId="77777777" w:rsidR="00467314" w:rsidRDefault="00F768C1" w:rsidP="00C5640A">
      <w:pPr>
        <w:spacing w:after="20"/>
      </w:pPr>
      <w:r>
        <w:rPr>
          <w:color w:val="777777"/>
          <w:sz w:val="16"/>
        </w:rPr>
        <w:t>____________________________________________________________________________________________________________</w:t>
      </w:r>
    </w:p>
    <w:p w14:paraId="79512CD7" w14:textId="77777777" w:rsidR="00467314" w:rsidRDefault="00F768C1" w:rsidP="00C5640A">
      <w:pPr>
        <w:spacing w:after="20"/>
      </w:pPr>
      <w:r>
        <w:rPr>
          <w:color w:val="777777"/>
          <w:sz w:val="16"/>
        </w:rPr>
        <w:t>____________________________________________________________________________________________________________</w:t>
      </w:r>
    </w:p>
    <w:p w14:paraId="3A323415" w14:textId="77777777" w:rsidR="00467314" w:rsidRDefault="00F768C1" w:rsidP="00C5640A">
      <w:pPr>
        <w:spacing w:after="20"/>
      </w:pPr>
      <w:r>
        <w:rPr>
          <w:color w:val="777777"/>
          <w:sz w:val="16"/>
        </w:rPr>
        <w:t>____________________________________________________________________________________________________________</w:t>
      </w:r>
    </w:p>
    <w:sectPr w:rsidR="00467314" w:rsidSect="00C5640A">
      <w:headerReference w:type="default" r:id="rId8"/>
      <w:footerReference w:type="default" r:id="rId9"/>
      <w:pgSz w:w="12240" w:h="15840"/>
      <w:pgMar w:top="850" w:right="935" w:bottom="794" w:left="1701" w:header="255" w:footer="31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7ADA64" w14:textId="77777777" w:rsidR="00751877" w:rsidRDefault="00751877">
      <w:pPr>
        <w:spacing w:after="0" w:line="240" w:lineRule="auto"/>
      </w:pPr>
      <w:r>
        <w:separator/>
      </w:r>
    </w:p>
  </w:endnote>
  <w:endnote w:type="continuationSeparator" w:id="0">
    <w:p w14:paraId="24952B3D" w14:textId="77777777" w:rsidR="00751877" w:rsidRDefault="007518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3969F6" w14:textId="77777777" w:rsidR="00467314" w:rsidRDefault="00F768C1">
    <w:pPr>
      <w:pStyle w:val="llb"/>
      <w:jc w:val="center"/>
    </w:pPr>
    <w:r>
      <w:rPr>
        <w:color w:val="888888"/>
        <w:sz w:val="15"/>
      </w:rPr>
      <w:t xml:space="preserve">Hallgatói </w:t>
    </w:r>
    <w:proofErr w:type="spellStart"/>
    <w:r>
      <w:rPr>
        <w:color w:val="888888"/>
        <w:sz w:val="15"/>
      </w:rPr>
      <w:t>Tudományos</w:t>
    </w:r>
    <w:proofErr w:type="spellEnd"/>
    <w:r>
      <w:rPr>
        <w:color w:val="888888"/>
        <w:sz w:val="15"/>
      </w:rPr>
      <w:t xml:space="preserve"> Mini Projekt Program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87570C" w14:textId="77777777" w:rsidR="00751877" w:rsidRDefault="00751877">
      <w:pPr>
        <w:spacing w:after="0" w:line="240" w:lineRule="auto"/>
      </w:pPr>
      <w:r>
        <w:separator/>
      </w:r>
    </w:p>
  </w:footnote>
  <w:footnote w:type="continuationSeparator" w:id="0">
    <w:p w14:paraId="07B17CE7" w14:textId="77777777" w:rsidR="00751877" w:rsidRDefault="007518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61CE58" w14:textId="77777777" w:rsidR="00467314" w:rsidRDefault="00F768C1">
    <w:pPr>
      <w:pStyle w:val="lfej"/>
      <w:jc w:val="center"/>
    </w:pPr>
    <w:r>
      <w:rPr>
        <w:noProof/>
      </w:rPr>
      <w:drawing>
        <wp:inline distT="0" distB="0" distL="0" distR="0" wp14:anchorId="02766AF4" wp14:editId="13F1D687">
          <wp:extent cx="450000" cy="213889"/>
          <wp:effectExtent l="0" t="0" r="0" b="0"/>
          <wp:docPr id="135099553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50000" cy="21388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b/>
        <w:color w:val="1F5A6B"/>
        <w:sz w:val="15"/>
      </w:rPr>
      <w:t xml:space="preserve">   MÉRNÖKÖK A KÖRNYEZETBARÁT ENERGIAFELHASZNÁLÁSÉRT ALAPÍTVÁNY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zmozott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zmozott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Felsorol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Felsorol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64907575">
    <w:abstractNumId w:val="8"/>
  </w:num>
  <w:num w:numId="2" w16cid:durableId="1156650772">
    <w:abstractNumId w:val="6"/>
  </w:num>
  <w:num w:numId="3" w16cid:durableId="642124386">
    <w:abstractNumId w:val="5"/>
  </w:num>
  <w:num w:numId="4" w16cid:durableId="541673437">
    <w:abstractNumId w:val="4"/>
  </w:num>
  <w:num w:numId="5" w16cid:durableId="342704948">
    <w:abstractNumId w:val="7"/>
  </w:num>
  <w:num w:numId="6" w16cid:durableId="602805227">
    <w:abstractNumId w:val="3"/>
  </w:num>
  <w:num w:numId="7" w16cid:durableId="575482760">
    <w:abstractNumId w:val="2"/>
  </w:num>
  <w:num w:numId="8" w16cid:durableId="1001202706">
    <w:abstractNumId w:val="1"/>
  </w:num>
  <w:num w:numId="9" w16cid:durableId="4705646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C7E28"/>
    <w:rsid w:val="00467314"/>
    <w:rsid w:val="00751877"/>
    <w:rsid w:val="00A2395B"/>
    <w:rsid w:val="00AA1D8D"/>
    <w:rsid w:val="00B47730"/>
    <w:rsid w:val="00BD0843"/>
    <w:rsid w:val="00C5640A"/>
    <w:rsid w:val="00CB0664"/>
    <w:rsid w:val="00F768C1"/>
    <w:rsid w:val="00FC693F"/>
    <w:rsid w:val="00FE0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373250E1-1D7B-49F7-BBB4-A7DFCCFE0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C693F"/>
    <w:pPr>
      <w:spacing w:after="80" w:line="259" w:lineRule="auto"/>
    </w:pPr>
    <w:rPr>
      <w:rFonts w:ascii="Times New Roman" w:hAnsi="Times New Roman"/>
      <w:sz w:val="21"/>
    </w:rPr>
  </w:style>
  <w:style w:type="paragraph" w:styleId="Cmsor1">
    <w:name w:val="heading 1"/>
    <w:basedOn w:val="Norml"/>
    <w:next w:val="Norml"/>
    <w:link w:val="Cmsor1Char"/>
    <w:uiPriority w:val="9"/>
    <w:qFormat/>
    <w:rsid w:val="00FC693F"/>
    <w:pPr>
      <w:keepNext/>
      <w:keepLines/>
      <w:spacing w:before="140"/>
      <w:outlineLvl w:val="0"/>
    </w:pPr>
    <w:rPr>
      <w:rFonts w:asciiTheme="majorHAnsi" w:eastAsiaTheme="majorEastAsia" w:hAnsiTheme="majorHAnsi" w:cstheme="majorBidi"/>
      <w:b/>
      <w:bCs/>
      <w:color w:val="1F5A6B"/>
      <w:sz w:val="24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618BF"/>
  </w:style>
  <w:style w:type="paragraph" w:styleId="llb">
    <w:name w:val="footer"/>
    <w:basedOn w:val="Norml"/>
    <w:link w:val="llb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618BF"/>
  </w:style>
  <w:style w:type="paragraph" w:styleId="Nincstrkz">
    <w:name w:val="No Spacing"/>
    <w:uiPriority w:val="1"/>
    <w:qFormat/>
    <w:rsid w:val="00FC693F"/>
    <w:pPr>
      <w:spacing w:after="0" w:line="240" w:lineRule="auto"/>
    </w:pPr>
  </w:style>
  <w:style w:type="character" w:customStyle="1" w:styleId="Cmsor1Char">
    <w:name w:val="Címsor 1 Char"/>
    <w:basedOn w:val="Bekezdsalapbettpusa"/>
    <w:link w:val="Cmsor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">
    <w:name w:val="Title"/>
    <w:basedOn w:val="Norml"/>
    <w:next w:val="Norml"/>
    <w:link w:val="Cm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F5A6B"/>
      <w:spacing w:val="5"/>
      <w:kern w:val="28"/>
      <w:sz w:val="32"/>
      <w:szCs w:val="52"/>
    </w:rPr>
  </w:style>
  <w:style w:type="character" w:customStyle="1" w:styleId="CmChar">
    <w:name w:val="Cím Char"/>
    <w:basedOn w:val="Bekezdsalapbettpusa"/>
    <w:link w:val="Cm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cmChar">
    <w:name w:val="Alcím Char"/>
    <w:basedOn w:val="Bekezdsalapbettpusa"/>
    <w:link w:val="Alcm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aszerbekezds">
    <w:name w:val="List Paragraph"/>
    <w:basedOn w:val="Norml"/>
    <w:uiPriority w:val="34"/>
    <w:qFormat/>
    <w:rsid w:val="00FC693F"/>
    <w:pPr>
      <w:ind w:left="720"/>
      <w:contextualSpacing/>
    </w:pPr>
  </w:style>
  <w:style w:type="paragraph" w:styleId="Szvegtrzs">
    <w:name w:val="Body Text"/>
    <w:basedOn w:val="Norml"/>
    <w:link w:val="SzvegtrzsChar"/>
    <w:uiPriority w:val="99"/>
    <w:unhideWhenUsed/>
    <w:rsid w:val="00AA1D8D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AA1D8D"/>
  </w:style>
  <w:style w:type="paragraph" w:styleId="Szvegtrzs2">
    <w:name w:val="Body Text 2"/>
    <w:basedOn w:val="Norml"/>
    <w:link w:val="Szvegtrzs2Char"/>
    <w:uiPriority w:val="99"/>
    <w:unhideWhenUsed/>
    <w:rsid w:val="00AA1D8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AA1D8D"/>
  </w:style>
  <w:style w:type="paragraph" w:styleId="Szvegtrzs3">
    <w:name w:val="Body Text 3"/>
    <w:basedOn w:val="Norml"/>
    <w:link w:val="Szvegtrzs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AA1D8D"/>
    <w:rPr>
      <w:sz w:val="16"/>
      <w:szCs w:val="16"/>
    </w:rPr>
  </w:style>
  <w:style w:type="paragraph" w:styleId="Lista">
    <w:name w:val="List"/>
    <w:basedOn w:val="Norm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l"/>
    <w:uiPriority w:val="99"/>
    <w:unhideWhenUsed/>
    <w:rsid w:val="00326F90"/>
    <w:pPr>
      <w:ind w:left="1080" w:hanging="360"/>
      <w:contextualSpacing/>
    </w:pPr>
  </w:style>
  <w:style w:type="paragraph" w:styleId="Felsorols">
    <w:name w:val="List Bullet"/>
    <w:basedOn w:val="Norml"/>
    <w:uiPriority w:val="99"/>
    <w:unhideWhenUsed/>
    <w:rsid w:val="00326F90"/>
    <w:pPr>
      <w:numPr>
        <w:numId w:val="1"/>
      </w:numPr>
      <w:contextualSpacing/>
    </w:pPr>
  </w:style>
  <w:style w:type="paragraph" w:styleId="Felsorols2">
    <w:name w:val="List Bullet 2"/>
    <w:basedOn w:val="Norml"/>
    <w:uiPriority w:val="99"/>
    <w:unhideWhenUsed/>
    <w:rsid w:val="00326F90"/>
    <w:pPr>
      <w:numPr>
        <w:numId w:val="2"/>
      </w:numPr>
      <w:contextualSpacing/>
    </w:pPr>
  </w:style>
  <w:style w:type="paragraph" w:styleId="Felsorols3">
    <w:name w:val="List Bullet 3"/>
    <w:basedOn w:val="Norml"/>
    <w:uiPriority w:val="99"/>
    <w:unhideWhenUsed/>
    <w:rsid w:val="00326F90"/>
    <w:pPr>
      <w:numPr>
        <w:numId w:val="3"/>
      </w:numPr>
      <w:contextualSpacing/>
    </w:pPr>
  </w:style>
  <w:style w:type="paragraph" w:styleId="Szmozottlista">
    <w:name w:val="List Number"/>
    <w:basedOn w:val="Norml"/>
    <w:uiPriority w:val="99"/>
    <w:unhideWhenUsed/>
    <w:rsid w:val="00326F90"/>
    <w:pPr>
      <w:numPr>
        <w:numId w:val="5"/>
      </w:numPr>
      <w:contextualSpacing/>
    </w:pPr>
  </w:style>
  <w:style w:type="paragraph" w:styleId="Szmozottlista2">
    <w:name w:val="List Number 2"/>
    <w:basedOn w:val="Norml"/>
    <w:uiPriority w:val="99"/>
    <w:unhideWhenUsed/>
    <w:rsid w:val="0029639D"/>
    <w:pPr>
      <w:numPr>
        <w:numId w:val="6"/>
      </w:numPr>
      <w:contextualSpacing/>
    </w:pPr>
  </w:style>
  <w:style w:type="paragraph" w:styleId="Szmozottlista3">
    <w:name w:val="List Number 3"/>
    <w:basedOn w:val="Norml"/>
    <w:uiPriority w:val="99"/>
    <w:unhideWhenUsed/>
    <w:rsid w:val="0029639D"/>
    <w:pPr>
      <w:numPr>
        <w:numId w:val="7"/>
      </w:numPr>
      <w:contextualSpacing/>
    </w:pPr>
  </w:style>
  <w:style w:type="paragraph" w:styleId="Listafolytatsa">
    <w:name w:val="List Continue"/>
    <w:basedOn w:val="Norml"/>
    <w:uiPriority w:val="99"/>
    <w:unhideWhenUsed/>
    <w:rsid w:val="0029639D"/>
    <w:pPr>
      <w:spacing w:after="120"/>
      <w:ind w:left="360"/>
      <w:contextualSpacing/>
    </w:pPr>
  </w:style>
  <w:style w:type="paragraph" w:styleId="Listafolytatsa2">
    <w:name w:val="List Continue 2"/>
    <w:basedOn w:val="Norml"/>
    <w:uiPriority w:val="99"/>
    <w:unhideWhenUsed/>
    <w:rsid w:val="0029639D"/>
    <w:pPr>
      <w:spacing w:after="120"/>
      <w:ind w:left="720"/>
      <w:contextualSpacing/>
    </w:pPr>
  </w:style>
  <w:style w:type="paragraph" w:styleId="Listafolytatsa3">
    <w:name w:val="List Continue 3"/>
    <w:basedOn w:val="Norml"/>
    <w:uiPriority w:val="99"/>
    <w:unhideWhenUsed/>
    <w:rsid w:val="0029639D"/>
    <w:pPr>
      <w:spacing w:after="120"/>
      <w:ind w:left="1080"/>
      <w:contextualSpacing/>
    </w:pPr>
  </w:style>
  <w:style w:type="paragraph" w:styleId="Makrszvege">
    <w:name w:val="macro"/>
    <w:link w:val="Makrszveg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szvegeChar">
    <w:name w:val="Makró szövege Char"/>
    <w:basedOn w:val="Bekezdsalapbettpusa"/>
    <w:link w:val="Makrszvege"/>
    <w:uiPriority w:val="99"/>
    <w:rsid w:val="0029639D"/>
    <w:rPr>
      <w:rFonts w:ascii="Courier" w:hAnsi="Courier"/>
      <w:sz w:val="20"/>
      <w:szCs w:val="20"/>
    </w:rPr>
  </w:style>
  <w:style w:type="paragraph" w:styleId="Idzet">
    <w:name w:val="Quote"/>
    <w:basedOn w:val="Norml"/>
    <w:next w:val="Norml"/>
    <w:link w:val="IdzetChar"/>
    <w:uiPriority w:val="29"/>
    <w:qFormat/>
    <w:rsid w:val="00FC693F"/>
    <w:rPr>
      <w:i/>
      <w:iCs/>
      <w:color w:val="000000" w:themeColor="text1"/>
    </w:rPr>
  </w:style>
  <w:style w:type="character" w:customStyle="1" w:styleId="IdzetChar">
    <w:name w:val="Idézet Char"/>
    <w:basedOn w:val="Bekezdsalapbettpusa"/>
    <w:link w:val="Idzet"/>
    <w:uiPriority w:val="29"/>
    <w:rsid w:val="00FC693F"/>
    <w:rPr>
      <w:i/>
      <w:iCs/>
      <w:color w:val="000000" w:themeColor="text1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Kpalrs">
    <w:name w:val="caption"/>
    <w:basedOn w:val="Norml"/>
    <w:next w:val="Norm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Kiemels2">
    <w:name w:val="Strong"/>
    <w:basedOn w:val="Bekezdsalapbettpusa"/>
    <w:uiPriority w:val="22"/>
    <w:qFormat/>
    <w:rsid w:val="00FC693F"/>
    <w:rPr>
      <w:b/>
      <w:bCs/>
    </w:rPr>
  </w:style>
  <w:style w:type="character" w:styleId="Kiemels">
    <w:name w:val="Emphasis"/>
    <w:basedOn w:val="Bekezdsalapbettpusa"/>
    <w:uiPriority w:val="20"/>
    <w:qFormat/>
    <w:rsid w:val="00FC693F"/>
    <w:rPr>
      <w:i/>
      <w:iCs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C693F"/>
    <w:rPr>
      <w:b/>
      <w:bCs/>
      <w:i/>
      <w:iCs/>
      <w:color w:val="4F81BD" w:themeColor="accent1"/>
    </w:rPr>
  </w:style>
  <w:style w:type="character" w:styleId="Finomkiemels">
    <w:name w:val="Subtle Emphasis"/>
    <w:basedOn w:val="Bekezdsalapbettpusa"/>
    <w:uiPriority w:val="19"/>
    <w:qFormat/>
    <w:rsid w:val="00FC693F"/>
    <w:rPr>
      <w:i/>
      <w:iCs/>
      <w:color w:val="808080" w:themeColor="text1" w:themeTint="7F"/>
    </w:rPr>
  </w:style>
  <w:style w:type="character" w:styleId="Erskiemels">
    <w:name w:val="Intense Emphasis"/>
    <w:basedOn w:val="Bekezdsalapbettpusa"/>
    <w:uiPriority w:val="21"/>
    <w:qFormat/>
    <w:rsid w:val="00FC693F"/>
    <w:rPr>
      <w:b/>
      <w:bCs/>
      <w:i/>
      <w:iCs/>
      <w:color w:val="4F81BD" w:themeColor="accent1"/>
    </w:rPr>
  </w:style>
  <w:style w:type="character" w:styleId="Finomhivatkozs">
    <w:name w:val="Subtle Reference"/>
    <w:basedOn w:val="Bekezdsalapbettpusa"/>
    <w:uiPriority w:val="31"/>
    <w:qFormat/>
    <w:rsid w:val="00FC693F"/>
    <w:rPr>
      <w:smallCaps/>
      <w:color w:val="C0504D" w:themeColor="accent2"/>
      <w:u w:val="single"/>
    </w:rPr>
  </w:style>
  <w:style w:type="character" w:styleId="Ershivatkozs">
    <w:name w:val="Intense Reference"/>
    <w:basedOn w:val="Bekezdsalapbettpus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basedOn w:val="Bekezdsalapbettpusa"/>
    <w:uiPriority w:val="33"/>
    <w:qFormat/>
    <w:rsid w:val="00FC693F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FC693F"/>
    <w:pPr>
      <w:outlineLvl w:val="9"/>
    </w:pPr>
  </w:style>
  <w:style w:type="table" w:styleId="Rcsostblzat">
    <w:name w:val="Table Grid"/>
    <w:basedOn w:val="Normltblzat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lgostnus">
    <w:name w:val="Light Shading"/>
    <w:basedOn w:val="Normltblzat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lgosrnykols1jellszn">
    <w:name w:val="Light Shading Accent 1"/>
    <w:basedOn w:val="Normltblzat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lgosrnykols2jellszn">
    <w:name w:val="Light Shading Accent 2"/>
    <w:basedOn w:val="Normltblzat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lgosrnykols3jellszn">
    <w:name w:val="Light Shading Accent 3"/>
    <w:basedOn w:val="Normltblzat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lgosrnykols4jellszn">
    <w:name w:val="Light Shading Accent 4"/>
    <w:basedOn w:val="Normltblzat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lgosrnykols5jellszn">
    <w:name w:val="Light Shading Accent 5"/>
    <w:basedOn w:val="Normltblzat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lgosrnykols6jellszn">
    <w:name w:val="Light Shading Accent 6"/>
    <w:basedOn w:val="Normltblzat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lgoslista">
    <w:name w:val="Light List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lgoslista1jellszn">
    <w:name w:val="Light List Accent 1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lgoslista2jellszn">
    <w:name w:val="Light List Accent 2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lgoslista3jellszn">
    <w:name w:val="Light List Accent 3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lgoslista4jellszn">
    <w:name w:val="Light List Accent 4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lgoslista5jellszn">
    <w:name w:val="Light List Accent 5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lgoslista6jellszn">
    <w:name w:val="Light List Accent 6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lgosrcs">
    <w:name w:val="Light Grid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lgosrcs1jellszn">
    <w:name w:val="Light Grid Accent 1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lgosrcs2jellszn">
    <w:name w:val="Light Grid Accent 2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lgosrcs3jellszn">
    <w:name w:val="Light Grid Accent 3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lgosrcs4jellszn">
    <w:name w:val="Light Grid Accent 4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lgosrcs5jellszn">
    <w:name w:val="Light Grid Accent 5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lgosrcs6jellszn">
    <w:name w:val="Light Grid Accent 6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zepesrnykols1">
    <w:name w:val="Medium Shading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1jellszn">
    <w:name w:val="Medium Shading 1 Accent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2jellszn">
    <w:name w:val="Medium Shading 1 Accent 2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3jellszn">
    <w:name w:val="Medium Shading 1 Accent 3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4jellszn">
    <w:name w:val="Medium Shading 1 Accent 4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5jellszn">
    <w:name w:val="Medium Shading 1 Accent 5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6jellszn">
    <w:name w:val="Medium Shading 1 Accent 6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2">
    <w:name w:val="Medium Shading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1jellszn">
    <w:name w:val="Medium Shading 2 Accent 1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2jellszn">
    <w:name w:val="Medium Shading 2 Accent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3jellszn">
    <w:name w:val="Medium Shading 2 Accent 3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4jellszn">
    <w:name w:val="Medium Shading 2 Accent 4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5jellszn">
    <w:name w:val="Medium Shading 2 Accent 5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6jellszn">
    <w:name w:val="Medium Shading 2 Accent 6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lista1">
    <w:name w:val="Medium Lis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zepeslista11jellszn">
    <w:name w:val="Medium List 1 Accen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zepeslista12jellszn">
    <w:name w:val="Medium List 1 Accent 2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zepeslista13jellszn">
    <w:name w:val="Medium List 1 Accent 3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zepeslista14jellszn">
    <w:name w:val="Medium List 1 Accent 4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zepeslista15jellszn">
    <w:name w:val="Medium List 1 Accent 5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zepeslista16jellszn">
    <w:name w:val="Medium List 1 Accent 6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zepeslista2">
    <w:name w:val="Medium Lis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1jellszn">
    <w:name w:val="Medium List 2 Accent 1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2jellszn">
    <w:name w:val="Medium List 2 Accen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3jellszn">
    <w:name w:val="Medium List 2 Accent 3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4jellszn">
    <w:name w:val="Medium List 2 Accent 4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5jellszn">
    <w:name w:val="Medium List 2 Accent 5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6jellszn">
    <w:name w:val="Medium List 2 Accent 6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rcs1">
    <w:name w:val="Medium Grid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zepesrcs11jellszn">
    <w:name w:val="Medium Grid 1 Accent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zepesrcs12jellszn">
    <w:name w:val="Medium Grid 1 Accent 2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zepesrcs13jellszn">
    <w:name w:val="Medium Grid 1 Accent 3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zepesrcs14jellszn">
    <w:name w:val="Medium Grid 1 Accent 4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zepesrcs15jellszn">
    <w:name w:val="Medium Grid 1 Accent 5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zepesrcs16jellszn">
    <w:name w:val="Medium Grid 1 Accent 6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zepesrcs2">
    <w:name w:val="Medium Grid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1jellszn">
    <w:name w:val="Medium Grid 2 Accent 1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2jellszn">
    <w:name w:val="Medium Grid 2 Accent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3jellszn">
    <w:name w:val="Medium Grid 2 Accent 3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4jellszn">
    <w:name w:val="Medium Grid 2 Accent 4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5jellszn">
    <w:name w:val="Medium Grid 2 Accent 5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6jellszn">
    <w:name w:val="Medium Grid 2 Accent 6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3">
    <w:name w:val="Medium Grid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zepesrcs31jellszn">
    <w:name w:val="Medium Grid 3 Accent 1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zepesrcs32jellszn">
    <w:name w:val="Medium Grid 3 Accent 2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zepesrcs33jellszn">
    <w:name w:val="Medium Grid 3 Accent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zepesrcs34jellszn">
    <w:name w:val="Medium Grid 3 Accent 4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zepesrcs35jellszn">
    <w:name w:val="Medium Grid 3 Accent 5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zepesrcs36jellszn">
    <w:name w:val="Medium Grid 3 Accent 6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Sttlista">
    <w:name w:val="Dark List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Sttlista1jellszn">
    <w:name w:val="Dark List Accent 1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Sttlista2jellszn">
    <w:name w:val="Dark List Accent 2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Sttlista3jellszn">
    <w:name w:val="Dark List Accent 3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Sttlista4jellszn">
    <w:name w:val="Dark List Accent 4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Sttlista5jellszn">
    <w:name w:val="Dark List Accent 5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Sttlista6jellszn">
    <w:name w:val="Dark List Accent 6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znesrnykols">
    <w:name w:val="Colorful Shading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1jellszn">
    <w:name w:val="Colorful Shading Accent 1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2jellszn">
    <w:name w:val="Colorful Shading Accent 2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3jellszn">
    <w:name w:val="Colorful Shading Accent 3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nykols4jellszn">
    <w:name w:val="Colorful Shading Accent 4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5jellszn">
    <w:name w:val="Colorful Shading Accent 5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6jellszn">
    <w:name w:val="Colorful Shading Accent 6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lista">
    <w:name w:val="Colorful List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zneslista1jellszn">
    <w:name w:val="Colorful List Accent 1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zneslista2jellszn">
    <w:name w:val="Colorful List Accent 2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zneslista3jellszn">
    <w:name w:val="Colorful List Accent 3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zneslista4jellszn">
    <w:name w:val="Colorful List Accent 4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zneslista5jellszn">
    <w:name w:val="Colorful List Accent 5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zneslista6jellszn">
    <w:name w:val="Colorful List Accent 6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znesrcs">
    <w:name w:val="Colorful Grid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znesrcs1jellszn">
    <w:name w:val="Colorful Grid Accent 1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znesrcs2jellszn">
    <w:name w:val="Colorful Grid Accent 2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znesrcs3jellszn">
    <w:name w:val="Colorful Grid Accent 3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cs4jellszn">
    <w:name w:val="Colorful Grid Accent 4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znesrcs5jellszn">
    <w:name w:val="Colorful Grid Accent 5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znesrcs6jellszn">
    <w:name w:val="Colorful Grid Accent 6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ormNote">
    <w:name w:val="Form Note"/>
    <w:pPr>
      <w:spacing w:after="60"/>
    </w:pPr>
    <w:rPr>
      <w:rFonts w:ascii="Times New Roman" w:hAnsi="Times New Roman"/>
      <w:i/>
      <w:color w:val="666666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753</Words>
  <Characters>5200</Characters>
  <Application>Microsoft Office Word</Application>
  <DocSecurity>0</DocSecurity>
  <Lines>43</Lines>
  <Paragraphs>11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5942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robert.horvath1@student.uni-miskolc.hu</dc:creator>
  <cp:keywords/>
  <dc:description>generated by python-docx</dc:description>
  <cp:lastModifiedBy>Stumpf Éva</cp:lastModifiedBy>
  <cp:revision>3</cp:revision>
  <dcterms:created xsi:type="dcterms:W3CDTF">2026-09-15T12:31:00Z</dcterms:created>
  <dcterms:modified xsi:type="dcterms:W3CDTF">2026-09-15T12:32:00Z</dcterms:modified>
  <cp:category/>
</cp:coreProperties>
</file>