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FC112" w14:textId="77777777" w:rsidR="00B9419C" w:rsidRDefault="00000000">
      <w:pPr>
        <w:pStyle w:val="Cm"/>
        <w:jc w:val="center"/>
      </w:pPr>
      <w:r>
        <w:t>KONZULENSI NYILATKOZAT</w:t>
      </w:r>
    </w:p>
    <w:p w14:paraId="2ECEA722" w14:textId="77777777" w:rsidR="00B9419C" w:rsidRDefault="00000000">
      <w:pPr>
        <w:jc w:val="center"/>
      </w:pPr>
      <w:r>
        <w:rPr>
          <w:b/>
          <w:color w:val="666666"/>
          <w:sz w:val="19"/>
        </w:rPr>
        <w:t>Hallgatói Tudományos Mini Projekt Program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406"/>
      </w:tblGrid>
      <w:tr w:rsidR="00B9419C" w14:paraId="788BEC69" w14:textId="77777777">
        <w:trPr>
          <w:jc w:val="center"/>
        </w:trPr>
        <w:tc>
          <w:tcPr>
            <w:tcW w:w="323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E83CA" w14:textId="77777777" w:rsidR="00B9419C" w:rsidRDefault="00000000">
            <w:pPr>
              <w:spacing w:after="0"/>
            </w:pPr>
            <w:r>
              <w:rPr>
                <w:b/>
                <w:sz w:val="19"/>
              </w:rPr>
              <w:t>Projekt címe</w:t>
            </w:r>
          </w:p>
        </w:tc>
        <w:tc>
          <w:tcPr>
            <w:tcW w:w="6406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2BE51" w14:textId="77777777" w:rsidR="00B9419C" w:rsidRDefault="00B9419C">
            <w:pPr>
              <w:spacing w:after="0"/>
            </w:pPr>
          </w:p>
        </w:tc>
      </w:tr>
      <w:tr w:rsidR="00B9419C" w14:paraId="08546A0B" w14:textId="77777777">
        <w:trPr>
          <w:jc w:val="center"/>
        </w:trPr>
        <w:tc>
          <w:tcPr>
            <w:tcW w:w="323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960D2" w14:textId="77777777" w:rsidR="00B9419C" w:rsidRDefault="00000000">
            <w:pPr>
              <w:spacing w:after="0"/>
            </w:pPr>
            <w:r>
              <w:rPr>
                <w:b/>
                <w:sz w:val="19"/>
              </w:rPr>
              <w:t>Pályázó neve</w:t>
            </w:r>
          </w:p>
        </w:tc>
        <w:tc>
          <w:tcPr>
            <w:tcW w:w="6406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4343A" w14:textId="77777777" w:rsidR="00B9419C" w:rsidRDefault="00B9419C">
            <w:pPr>
              <w:spacing w:after="0"/>
            </w:pPr>
          </w:p>
        </w:tc>
      </w:tr>
      <w:tr w:rsidR="00B9419C" w14:paraId="762410F8" w14:textId="77777777">
        <w:trPr>
          <w:jc w:val="center"/>
        </w:trPr>
        <w:tc>
          <w:tcPr>
            <w:tcW w:w="323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4DAB9" w14:textId="77777777" w:rsidR="00B9419C" w:rsidRDefault="00000000">
            <w:pPr>
              <w:spacing w:after="0"/>
            </w:pPr>
            <w:r>
              <w:rPr>
                <w:b/>
                <w:sz w:val="19"/>
              </w:rPr>
              <w:t>Konzulens neve</w:t>
            </w:r>
          </w:p>
        </w:tc>
        <w:tc>
          <w:tcPr>
            <w:tcW w:w="6406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7C3ED" w14:textId="77777777" w:rsidR="00B9419C" w:rsidRDefault="00B9419C">
            <w:pPr>
              <w:spacing w:after="0"/>
            </w:pPr>
          </w:p>
        </w:tc>
      </w:tr>
      <w:tr w:rsidR="00B9419C" w14:paraId="246CBB21" w14:textId="77777777">
        <w:trPr>
          <w:jc w:val="center"/>
        </w:trPr>
        <w:tc>
          <w:tcPr>
            <w:tcW w:w="323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BEAF0" w14:textId="77777777" w:rsidR="00B9419C" w:rsidRDefault="00000000">
            <w:pPr>
              <w:spacing w:after="0"/>
            </w:pPr>
            <w:r>
              <w:rPr>
                <w:b/>
                <w:sz w:val="19"/>
              </w:rPr>
              <w:t>Beosztás / szervezeti egység</w:t>
            </w:r>
          </w:p>
        </w:tc>
        <w:tc>
          <w:tcPr>
            <w:tcW w:w="6406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0D8DF" w14:textId="77777777" w:rsidR="00B9419C" w:rsidRDefault="00B9419C">
            <w:pPr>
              <w:spacing w:after="0"/>
            </w:pPr>
          </w:p>
        </w:tc>
      </w:tr>
      <w:tr w:rsidR="00B9419C" w14:paraId="13AA0759" w14:textId="77777777">
        <w:trPr>
          <w:jc w:val="center"/>
        </w:trPr>
        <w:tc>
          <w:tcPr>
            <w:tcW w:w="323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3ABD7" w14:textId="77777777" w:rsidR="00B9419C" w:rsidRDefault="00000000">
            <w:pPr>
              <w:spacing w:after="0"/>
            </w:pPr>
            <w:r>
              <w:rPr>
                <w:b/>
                <w:sz w:val="19"/>
              </w:rPr>
              <w:t>E-mail / elérhetőség</w:t>
            </w:r>
          </w:p>
        </w:tc>
        <w:tc>
          <w:tcPr>
            <w:tcW w:w="6406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4428D" w14:textId="77777777" w:rsidR="00B9419C" w:rsidRDefault="00B9419C">
            <w:pPr>
              <w:spacing w:after="0"/>
            </w:pPr>
          </w:p>
        </w:tc>
      </w:tr>
    </w:tbl>
    <w:p w14:paraId="02C76CF1" w14:textId="77777777" w:rsidR="00CE22AA" w:rsidRDefault="00CE22AA" w:rsidP="00CE22AA">
      <w:pPr>
        <w:pStyle w:val="Cmsor1"/>
        <w:ind w:left="426" w:right="305"/>
      </w:pPr>
    </w:p>
    <w:p w14:paraId="7CE89900" w14:textId="0F09B73E" w:rsidR="00B9419C" w:rsidRDefault="00000000" w:rsidP="00CE22AA">
      <w:pPr>
        <w:pStyle w:val="Cmsor1"/>
        <w:ind w:left="426" w:right="305"/>
      </w:pPr>
      <w:proofErr w:type="spellStart"/>
      <w:r>
        <w:t>Nyilatkozat</w:t>
      </w:r>
      <w:proofErr w:type="spellEnd"/>
    </w:p>
    <w:p w14:paraId="50420013" w14:textId="77777777" w:rsidR="00CE22AA" w:rsidRDefault="00000000" w:rsidP="00CE22AA">
      <w:pPr>
        <w:ind w:left="426" w:right="305"/>
        <w:jc w:val="both"/>
      </w:pPr>
      <w:r>
        <w:t xml:space="preserve">Alulírott szakmai konzulens kijelentem, hogy a fenti projekt pályázati anyagát és projekttervét megismertem. A projekt témáját szakmailag támogathatónak és a rendelkezésre álló feltételek mellett megvalósíthatónak tartom. Vállalom, hogy a projekt megvalósítása során a hallgató munkáját szakmai konzultációval segítem, és a </w:t>
      </w:r>
      <w:proofErr w:type="spellStart"/>
      <w:r>
        <w:t>szükséges</w:t>
      </w:r>
      <w:proofErr w:type="spellEnd"/>
      <w:r>
        <w:t xml:space="preserve">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iránymutatást</w:t>
      </w:r>
      <w:proofErr w:type="spellEnd"/>
      <w:r>
        <w:t xml:space="preserve"> </w:t>
      </w:r>
      <w:proofErr w:type="spellStart"/>
      <w:r>
        <w:t>biztosítom</w:t>
      </w:r>
      <w:proofErr w:type="spellEnd"/>
      <w:r>
        <w:t>.</w:t>
      </w:r>
    </w:p>
    <w:p w14:paraId="024293A2" w14:textId="134B7130" w:rsidR="00B9419C" w:rsidRDefault="00000000" w:rsidP="00CE22AA">
      <w:pPr>
        <w:ind w:left="426" w:right="305"/>
        <w:jc w:val="both"/>
      </w:pPr>
      <w:r>
        <w:br/>
        <w:t>Tudomásul veszem, hogy a projekt a hallgató önálló munkájára épül, és a konzulensi közreműködés nem helyettesíti a pályázó saját kutatási, mérési, számítási és értékelési tevékenységét. Támogatom, hogy az arra alkalmas eredmények a későbbiekben TDK-munkává, szakdolgozattá vagy további kutatássá fejleszthetők legyenek.</w:t>
      </w:r>
    </w:p>
    <w:p w14:paraId="357EF57B" w14:textId="77777777" w:rsidR="00CE22AA" w:rsidRDefault="00CE22AA" w:rsidP="00CE22AA">
      <w:pPr>
        <w:pStyle w:val="Cmsor1"/>
        <w:ind w:left="426" w:right="305"/>
      </w:pPr>
    </w:p>
    <w:p w14:paraId="4F26606D" w14:textId="37AAFB7E" w:rsidR="00B9419C" w:rsidRDefault="00000000" w:rsidP="00CE22AA">
      <w:pPr>
        <w:pStyle w:val="Cmsor1"/>
        <w:ind w:left="426" w:right="305"/>
      </w:pPr>
      <w:proofErr w:type="spellStart"/>
      <w:r>
        <w:t>Konzulensi</w:t>
      </w:r>
      <w:proofErr w:type="spellEnd"/>
      <w:r>
        <w:t xml:space="preserve"> </w:t>
      </w:r>
      <w:proofErr w:type="spellStart"/>
      <w:r>
        <w:t>megjegyzés</w:t>
      </w:r>
      <w:proofErr w:type="spellEnd"/>
      <w:r>
        <w:t xml:space="preserve"> (</w:t>
      </w:r>
      <w:proofErr w:type="spellStart"/>
      <w:r>
        <w:t>opcionális</w:t>
      </w:r>
      <w:proofErr w:type="spellEnd"/>
      <w:r>
        <w:t>)</w:t>
      </w:r>
    </w:p>
    <w:p w14:paraId="0E4E26BF" w14:textId="77777777" w:rsidR="00B9419C" w:rsidRDefault="00000000" w:rsidP="00CE22AA">
      <w:pPr>
        <w:spacing w:after="20"/>
        <w:ind w:left="426" w:right="305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7311C24" w14:textId="77777777" w:rsidR="00B9419C" w:rsidRDefault="00000000" w:rsidP="00CE22AA">
      <w:pPr>
        <w:spacing w:after="20"/>
        <w:ind w:left="426" w:right="305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211781A" w14:textId="77777777" w:rsidR="00B9419C" w:rsidRDefault="00000000" w:rsidP="00CE22AA">
      <w:pPr>
        <w:spacing w:after="20"/>
        <w:ind w:left="426" w:right="305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F281D97" w14:textId="77777777" w:rsidR="00CE22AA" w:rsidRDefault="00CE22AA" w:rsidP="00CE22AA">
      <w:pPr>
        <w:ind w:left="426" w:right="305"/>
        <w:rPr>
          <w:b/>
        </w:rPr>
      </w:pPr>
    </w:p>
    <w:p w14:paraId="53397448" w14:textId="629C3EF5" w:rsidR="00B9419C" w:rsidRDefault="00000000" w:rsidP="00CE22AA">
      <w:pPr>
        <w:ind w:left="426" w:right="305"/>
      </w:pPr>
      <w:r>
        <w:rPr>
          <w:b/>
        </w:rPr>
        <w:t xml:space="preserve">Kelt: </w:t>
      </w:r>
      <w:r>
        <w:t>______________________________</w:t>
      </w:r>
    </w:p>
    <w:p w14:paraId="5E2ECB24" w14:textId="77777777" w:rsidR="00B9419C" w:rsidRDefault="00000000" w:rsidP="00CE22AA">
      <w:pPr>
        <w:spacing w:before="200"/>
        <w:ind w:left="426" w:right="305"/>
        <w:jc w:val="center"/>
      </w:pPr>
      <w:r>
        <w:rPr>
          <w:sz w:val="19"/>
        </w:rPr>
        <w:t>______________________________</w:t>
      </w:r>
      <w:r>
        <w:rPr>
          <w:sz w:val="19"/>
        </w:rPr>
        <w:br/>
        <w:t>Konzulens aláírása</w:t>
      </w:r>
    </w:p>
    <w:sectPr w:rsidR="00B9419C" w:rsidSect="00034616">
      <w:headerReference w:type="default" r:id="rId8"/>
      <w:footerReference w:type="default" r:id="rId9"/>
      <w:pgSz w:w="12240" w:h="15840"/>
      <w:pgMar w:top="850" w:right="935" w:bottom="794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AF26" w14:textId="77777777" w:rsidR="001B312D" w:rsidRDefault="001B312D">
      <w:pPr>
        <w:spacing w:after="0" w:line="240" w:lineRule="auto"/>
      </w:pPr>
      <w:r>
        <w:separator/>
      </w:r>
    </w:p>
  </w:endnote>
  <w:endnote w:type="continuationSeparator" w:id="0">
    <w:p w14:paraId="0FFFD87A" w14:textId="77777777" w:rsidR="001B312D" w:rsidRDefault="001B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2CD" w14:textId="77777777" w:rsidR="00B9419C" w:rsidRDefault="00000000">
    <w:pPr>
      <w:pStyle w:val="llb"/>
      <w:jc w:val="center"/>
    </w:pPr>
    <w:r>
      <w:rPr>
        <w:color w:val="888888"/>
        <w:sz w:val="15"/>
      </w:rPr>
      <w:t xml:space="preserve">Hallgatói </w:t>
    </w:r>
    <w:proofErr w:type="spellStart"/>
    <w:r>
      <w:rPr>
        <w:color w:val="888888"/>
        <w:sz w:val="15"/>
      </w:rPr>
      <w:t>Tudományos</w:t>
    </w:r>
    <w:proofErr w:type="spellEnd"/>
    <w:r>
      <w:rPr>
        <w:color w:val="888888"/>
        <w:sz w:val="15"/>
      </w:rPr>
      <w:t xml:space="preserve"> Mini Projekt Program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FEA99" w14:textId="77777777" w:rsidR="001B312D" w:rsidRDefault="001B312D">
      <w:pPr>
        <w:spacing w:after="0" w:line="240" w:lineRule="auto"/>
      </w:pPr>
      <w:r>
        <w:separator/>
      </w:r>
    </w:p>
  </w:footnote>
  <w:footnote w:type="continuationSeparator" w:id="0">
    <w:p w14:paraId="2E032D47" w14:textId="77777777" w:rsidR="001B312D" w:rsidRDefault="001B3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49E3" w14:textId="77777777" w:rsidR="00B9419C" w:rsidRDefault="00000000">
    <w:pPr>
      <w:pStyle w:val="lfej"/>
      <w:jc w:val="center"/>
    </w:pPr>
    <w:r>
      <w:rPr>
        <w:noProof/>
      </w:rPr>
      <w:drawing>
        <wp:inline distT="0" distB="0" distL="0" distR="0" wp14:anchorId="42C02517" wp14:editId="605BB7B9">
          <wp:extent cx="450000" cy="2138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21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F5A6B"/>
        <w:sz w:val="15"/>
      </w:rPr>
      <w:t xml:space="preserve">   MÉRNÖKÖK A KÖRNYEZETBARÁT ENERGIAFELHASZNÁLÁSÉRT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703293">
    <w:abstractNumId w:val="8"/>
  </w:num>
  <w:num w:numId="2" w16cid:durableId="326985611">
    <w:abstractNumId w:val="6"/>
  </w:num>
  <w:num w:numId="3" w16cid:durableId="1760563019">
    <w:abstractNumId w:val="5"/>
  </w:num>
  <w:num w:numId="4" w16cid:durableId="497115257">
    <w:abstractNumId w:val="4"/>
  </w:num>
  <w:num w:numId="5" w16cid:durableId="1279531526">
    <w:abstractNumId w:val="7"/>
  </w:num>
  <w:num w:numId="6" w16cid:durableId="700210746">
    <w:abstractNumId w:val="3"/>
  </w:num>
  <w:num w:numId="7" w16cid:durableId="748770742">
    <w:abstractNumId w:val="2"/>
  </w:num>
  <w:num w:numId="8" w16cid:durableId="931011312">
    <w:abstractNumId w:val="1"/>
  </w:num>
  <w:num w:numId="9" w16cid:durableId="33090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12D"/>
    <w:rsid w:val="00243646"/>
    <w:rsid w:val="0029639D"/>
    <w:rsid w:val="00326F90"/>
    <w:rsid w:val="003C7E28"/>
    <w:rsid w:val="008357B4"/>
    <w:rsid w:val="00A1659E"/>
    <w:rsid w:val="00AA1D8D"/>
    <w:rsid w:val="00B47730"/>
    <w:rsid w:val="00B9419C"/>
    <w:rsid w:val="00CB0664"/>
    <w:rsid w:val="00CE22AA"/>
    <w:rsid w:val="00EF2A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B7895"/>
  <w14:defaultImageDpi w14:val="300"/>
  <w15:docId w15:val="{0148A35A-13B4-4615-92CB-037398D3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5A6B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F5A6B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5A6B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60"/>
    </w:pPr>
    <w:rPr>
      <w:rFonts w:ascii="Times New Roman" w:hAnsi="Times New Roman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robert.horvath1@student.uni-miskolc.hu</dc:creator>
  <cp:keywords/>
  <dc:description>generated by python-docx</dc:description>
  <cp:lastModifiedBy>Stumpf Éva</cp:lastModifiedBy>
  <cp:revision>3</cp:revision>
  <dcterms:created xsi:type="dcterms:W3CDTF">2026-09-15T12:34:00Z</dcterms:created>
  <dcterms:modified xsi:type="dcterms:W3CDTF">2026-09-15T12:34:00Z</dcterms:modified>
  <cp:category/>
</cp:coreProperties>
</file>